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 / ŞİRKET / İLGİLİ MAKAM ADI]</w:t>
      </w:r>
    </w:p>
    <w:p>
      <w:pPr>
        <w:jc w:val="left"/>
      </w:pPr>
    </w:p>
    <w:p>
      <w:pPr>
        <w:jc w:val="center"/>
      </w:pPr>
      <w:r>
        <w:rPr>
          <w:sz w:val="22"/>
        </w:rPr>
        <w:t>Konu: Uğranılan zararın tazmini talebi</w:t>
      </w:r>
    </w:p>
    <w:p>
      <w:pPr>
        <w:jc w:val="left"/>
      </w:pPr>
    </w:p>
    <w:p>
      <w:pPr>
        <w:jc w:val="left"/>
      </w:pPr>
      <w:r>
        <w:rPr>
          <w:sz w:val="22"/>
        </w:rPr>
        <w:t>[..../..../20....] tarihinde meydana gelen [olay/işlem/hizmet kusuru/hasar] nedeniyle [maddi ve/veya manevi] zarara uğramış bulunmaktayım.</w:t>
      </w:r>
    </w:p>
    <w:p>
      <w:pPr>
        <w:jc w:val="left"/>
      </w:pPr>
    </w:p>
    <w:p>
      <w:pPr>
        <w:jc w:val="left"/>
      </w:pPr>
      <w:r>
        <w:rPr>
          <w:sz w:val="22"/>
        </w:rPr>
        <w:t>Zarara neden olan olayın özeti şöyledir: [olayın yeri, tarihi, oluş şekli ve sorumlu olduğu düşünülen kişi/kurum hakkında açıklama]. Uğradığım zarara ilişkin fatura, tutanak, rapor, fotoğraf ve diğer belgeler ekte sunulmuştur.</w:t>
      </w:r>
    </w:p>
    <w:p>
      <w:pPr>
        <w:jc w:val="left"/>
      </w:pPr>
    </w:p>
    <w:p>
      <w:pPr>
        <w:jc w:val="left"/>
      </w:pPr>
      <w:r>
        <w:rPr>
          <w:sz w:val="22"/>
        </w:rPr>
        <w:t>Meydana gelen zarar ile söz konusu olay/işlem arasında doğrudan bağlantı bulunmaktadır. Bu kapsamda toplam [........ TL] tutarındaki zararımın değerlendirilerek tarafıma ödenmesini ve başvurumun sonucu hakkında yazılı bilgi verilmesini talep ederim.</w:t>
      </w:r>
    </w:p>
    <w:p>
      <w:pPr>
        <w:jc w:val="left"/>
      </w:pPr>
    </w:p>
    <w:p>
      <w:pPr>
        <w:jc w:val="left"/>
      </w:pPr>
      <w:r>
        <w:rPr>
          <w:sz w:val="22"/>
        </w:rPr>
        <w:t>Gereğini arz ederim.</w:t>
      </w:r>
    </w:p>
    <w:p>
      <w:pPr>
        <w:jc w:val="left"/>
      </w:pPr>
    </w:p>
    <w:p>
      <w:pPr>
        <w:jc w:val="left"/>
      </w:pPr>
      <w:r>
        <w:rPr>
          <w:sz w:val="22"/>
        </w:rPr>
        <w:t>..............., .... / .... / 20....</w:t>
      </w:r>
    </w:p>
    <w:p>
      <w:pPr>
        <w:jc w:val="left"/>
      </w:pPr>
    </w:p>
    <w:p>
      <w:pPr>
        <w:jc w:val="left"/>
      </w:pPr>
      <w:r>
        <w:rPr>
          <w:sz w:val="22"/>
        </w:rPr>
        <w:t>[Başvuran/Zarar Gören]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Dosya/Poliçe/Müşteri No (varsa) : ______</w:t>
      </w:r>
    </w:p>
    <w:p>
      <w:pPr>
        <w:jc w:val="left"/>
      </w:pPr>
      <w:r>
        <w:rPr>
          <w:sz w:val="22"/>
        </w:rPr>
        <w:t>Talep Edilen Tazminat Tutarı : ______</w:t>
      </w:r>
    </w:p>
    <w:p>
      <w:pPr>
        <w:jc w:val="left"/>
      </w:pPr>
      <w:r>
        <w:rPr>
          <w:sz w:val="22"/>
        </w:rPr>
        <w:t>Banka / IBAN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Olayı gösteren tutanak veya resmi belge</w:t>
      </w:r>
    </w:p>
    <w:p>
      <w:pPr>
        <w:jc w:val="left"/>
      </w:pPr>
      <w:r>
        <w:rPr>
          <w:sz w:val="22"/>
        </w:rPr>
        <w:t>2) Zararı gösteren fatura, makbuz veya ekspertiz/tespit raporu</w:t>
      </w:r>
    </w:p>
    <w:p>
      <w:pPr>
        <w:jc w:val="left"/>
      </w:pPr>
      <w:r>
        <w:rPr>
          <w:sz w:val="22"/>
        </w:rPr>
        <w:t>3) (Varsa) Fotoğraf, görüntü ve yazışma kayıtları</w:t>
      </w:r>
    </w:p>
    <w:p>
      <w:pPr>
        <w:jc w:val="left"/>
      </w:pPr>
      <w:r>
        <w:rPr>
          <w:sz w:val="22"/>
        </w:rPr>
        <w:t>4) Kimlik fotokopisi ve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