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Calibri" w:hAnsi="Calibri"/>
          <w:sz w:val="22"/>
        </w:rPr>
        <w:t>................................................. İL/İLÇE</w:t>
      </w:r>
    </w:p>
    <w:p>
      <w:pPr>
        <w:jc w:val="center"/>
      </w:pPr>
      <w:r>
        <w:rPr>
          <w:rFonts w:ascii="Calibri" w:hAnsi="Calibri"/>
          <w:sz w:val="22"/>
        </w:rPr>
        <w:t>................................................. [KURUM / ŞİRKET / İLGİLİ MAKAM ADI]</w:t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center"/>
      </w:pPr>
      <w:r>
        <w:rPr>
          <w:rFonts w:ascii="Calibri" w:hAnsi="Calibri"/>
          <w:sz w:val="22"/>
        </w:rPr>
        <w:t>Konu: Uğranılan zarara ilişkin tazminat talebi</w:t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  <w:t>[..../..../20....] tarihinde meydana gelen [olay, işlem, hizmet kusuru veya hasar] nedeniyle maddi ve/veya manevi zarara uğramış bulunmaktayım.</w:t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  <w:t>Zarara neden olan olayın özeti şöyledir: [olayın meydana geldiği yer, oluş şekli, ilgili kişi veya birim ve diğer önemli bilgiler]. Olay ile uğradığım zarar arasında doğrudan bağlantı bulunmaktadır.</w:t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  <w:t>Uğradığım zararın kapsamını gösteren tutanak, fatura, makbuz, rapor, fotoğraf, yazışma ve diğer destekleyici belgeler dilekçe ekinde sunulmuştur.</w:t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  <w:t>Bu kapsamda, toplam [........ TL] tutarındaki maddi zararımın ve varsa [........ TL] tutarındaki manevi tazminat talebimin değerlendirilerek tarafıma ödenmesini; başvurum sonucunda yapılan işlemin yazılı olarak bildirilmesini arz ederim.</w:t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  <w:t>Gereğini arz ederim.</w:t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  <w:t>[Başvuran / Zarar Gören]</w:t>
      </w:r>
    </w:p>
    <w:p>
      <w:pPr>
        <w:jc w:val="left"/>
      </w:pPr>
      <w:r>
        <w:rPr>
          <w:rFonts w:ascii="Calibri" w:hAnsi="Calibri"/>
          <w:sz w:val="22"/>
        </w:rPr>
        <w:t>Adı Soyadı : ______</w:t>
      </w:r>
    </w:p>
    <w:p>
      <w:pPr>
        <w:jc w:val="left"/>
      </w:pPr>
      <w:r>
        <w:rPr>
          <w:rFonts w:ascii="Calibri" w:hAnsi="Calibri"/>
          <w:sz w:val="22"/>
        </w:rPr>
        <w:t>T.C. Kimlik No : ______</w:t>
      </w:r>
    </w:p>
    <w:p>
      <w:pPr>
        <w:jc w:val="left"/>
      </w:pPr>
      <w:r>
        <w:rPr>
          <w:rFonts w:ascii="Calibri" w:hAnsi="Calibri"/>
          <w:sz w:val="22"/>
        </w:rPr>
        <w:t>Dosya / Poliçe / Müşteri No (varsa) : ______</w:t>
      </w:r>
    </w:p>
    <w:p>
      <w:pPr>
        <w:jc w:val="left"/>
      </w:pPr>
      <w:r>
        <w:rPr>
          <w:rFonts w:ascii="Calibri" w:hAnsi="Calibri"/>
          <w:sz w:val="22"/>
        </w:rPr>
        <w:t>Talep Edilen Tazminat Tutarı : ______</w:t>
      </w:r>
    </w:p>
    <w:p>
      <w:pPr>
        <w:jc w:val="left"/>
      </w:pPr>
      <w:r>
        <w:rPr>
          <w:rFonts w:ascii="Calibri" w:hAnsi="Calibri"/>
          <w:sz w:val="22"/>
        </w:rPr>
        <w:t>Banka / IBAN : ______</w:t>
      </w:r>
    </w:p>
    <w:p>
      <w:pPr>
        <w:jc w:val="left"/>
      </w:pPr>
      <w:r>
        <w:rPr>
          <w:rFonts w:ascii="Calibri" w:hAnsi="Calibri"/>
          <w:sz w:val="22"/>
        </w:rPr>
        <w:t>Adres : ______</w:t>
      </w:r>
    </w:p>
    <w:p>
      <w:pPr>
        <w:jc w:val="left"/>
      </w:pPr>
      <w:r>
        <w:rPr>
          <w:rFonts w:ascii="Calibri" w:hAnsi="Calibri"/>
          <w:sz w:val="22"/>
        </w:rPr>
        <w:t>Telefon : ______</w:t>
      </w:r>
    </w:p>
    <w:p>
      <w:pPr>
        <w:jc w:val="left"/>
      </w:pPr>
      <w:r>
        <w:rPr>
          <w:rFonts w:ascii="Calibri" w:hAnsi="Calibri"/>
          <w:sz w:val="22"/>
        </w:rPr>
        <w:t>E-posta : ______</w:t>
      </w:r>
    </w:p>
    <w:p>
      <w:pPr>
        <w:jc w:val="left"/>
      </w:pPr>
      <w:r>
        <w:rPr>
          <w:rFonts w:ascii="Calibri" w:hAnsi="Calibri"/>
          <w:sz w:val="22"/>
        </w:rPr>
        <w:t>İmza</w:t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</w:r>
    </w:p>
    <w:p>
      <w:pPr>
        <w:jc w:val="left"/>
      </w:pPr>
      <w:r>
        <w:rPr>
          <w:rFonts w:ascii="Calibri" w:hAnsi="Calibri"/>
          <w:sz w:val="22"/>
        </w:rPr>
        <w:t>Ekler:</w:t>
      </w:r>
    </w:p>
    <w:p>
      <w:pPr>
        <w:jc w:val="left"/>
      </w:pPr>
      <w:r>
        <w:rPr>
          <w:rFonts w:ascii="Calibri" w:hAnsi="Calibri"/>
          <w:sz w:val="22"/>
        </w:rPr>
        <w:t>1) Olayı gösteren tutanak veya resmî belge</w:t>
      </w:r>
    </w:p>
    <w:p>
      <w:pPr>
        <w:jc w:val="left"/>
      </w:pPr>
      <w:r>
        <w:rPr>
          <w:rFonts w:ascii="Calibri" w:hAnsi="Calibri"/>
          <w:sz w:val="22"/>
        </w:rPr>
        <w:t>2) Zararı gösteren fatura, makbuz, rapor veya ekspertiz belgesi</w:t>
      </w:r>
    </w:p>
    <w:p>
      <w:pPr>
        <w:jc w:val="left"/>
      </w:pPr>
      <w:r>
        <w:rPr>
          <w:rFonts w:ascii="Calibri" w:hAnsi="Calibri"/>
          <w:sz w:val="22"/>
        </w:rPr>
        <w:t>3) (Varsa) Fotoğraf, görüntü ve yazışma kayıtları</w:t>
      </w:r>
    </w:p>
    <w:p>
      <w:pPr>
        <w:jc w:val="left"/>
      </w:pPr>
      <w:r>
        <w:rPr>
          <w:rFonts w:ascii="Calibri" w:hAnsi="Calibri"/>
          <w:sz w:val="22"/>
        </w:rPr>
        <w:t>4) Kimlik fotokopisi ve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