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80" w:lineRule="exact"/>
        <w:jc w:val="center"/>
      </w:pPr>
      <w:r>
        <w:rPr>
          <w:rFonts w:ascii="DejaVu Sans" w:hAnsi="DejaVu Sans" w:eastAsia="DejaVu Sans"/>
          <w:sz w:val="22"/>
        </w:rPr>
        <w:t>................................................. İL/İLÇE</w:t>
      </w:r>
    </w:p>
    <w:p>
      <w:pPr>
        <w:spacing w:before="0" w:after="0" w:line="280" w:lineRule="exact"/>
        <w:jc w:val="center"/>
      </w:pPr>
      <w:r>
        <w:rPr>
          <w:rFonts w:ascii="DejaVu Sans" w:hAnsi="DejaVu Sans" w:eastAsia="DejaVu Sans"/>
          <w:sz w:val="22"/>
        </w:rPr>
        <w:t>................................................. [BÖLGENİZDEKİ ELEKTRİK DAĞITIM ŞİRKETİ] GENEL MÜDÜRLÜĞÜNE</w:t>
      </w: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center"/>
      </w:pPr>
      <w:r>
        <w:rPr>
          <w:rFonts w:ascii="DejaVu Sans" w:hAnsi="DejaVu Sans" w:eastAsia="DejaVu Sans"/>
          <w:sz w:val="22"/>
        </w:rPr>
        <w:t>Konu: Elektrik kesintisi/gerilim dalgalanması nedeniyle oluşan zararın tazmini talebi</w:t>
      </w: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[Abone/tesisat numarası] numaralı elektrik aboneliğimin bulunduğu [açık adres] adresinde, [..../..../20....] tarihinde saat [..:..] civarında meydana gelen [elektrik kesintisi/ani gerilim yükselmesi-gerilim dalgalanması/şebeke arızası] sonucunda zarara uğradım.</w:t>
      </w: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Söz konusu olay nedeniyle [hasar gören cihaz/eşya/tesisat veya diğer zarar] kullanılamaz hâle gelmiş/onarım gerektirmiştir. Arıza kaydı, servis raporu, hasar tespit belgesi, fatura ve diğer destekleyici belgeler ekte sunulmuştur.</w:t>
      </w: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Olayın dağıtım şebekesi ve arıza kayıtları üzerinden incelenmesini; kesinti, arıza ve gerilim değerlerine ilişkin kayıtların kontrol edilmesini; meydana gelen [........ TL] tutarındaki zararın değerlendirilerek tarafıma ödenmesini talep ederim.</w:t>
      </w: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Başvurumun sonucu ile kabul veya ret gerekçesinin tarafıma yazılı olarak bildirilmesini arz ederim.</w:t>
      </w: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Gereğini arz ederim.</w:t>
      </w: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..............., .... / .... / 20....</w:t>
      </w: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[Abone/Başvuran]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Adı Soyadı : ______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T.C. Kimlik No / VKN : ______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Abone No : ______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Tesisat No : ______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Hasar Adresi : ______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Telefon : ______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E-posta : ______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İmza</w:t>
      </w: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Ekler: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1) Hasar gören cihaz/eşyaya ilişkin yetkili servis raporu veya hasar tespit belgesi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2) Onarım faturası, proforma fatura veya cihazın satın alma belgesi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3) Arıza/kesinti başvuru kayıt numarası ve varsa fotoğraflar</w:t>
      </w:r>
    </w:p>
    <w:p>
      <w:pPr>
        <w:spacing w:before="0" w:after="0" w:line="280" w:lineRule="exact"/>
        <w:jc w:val="left"/>
      </w:pPr>
      <w:r>
        <w:rPr>
          <w:rFonts w:ascii="DejaVu Sans" w:hAnsi="DejaVu Sans" w:eastAsia="DejaVu Sans"/>
          <w:sz w:val="22"/>
        </w:rPr>
        <w:t>4) Elektrik faturası veya abonelik/tesisat bilgilerini gösteren belge</w:t>
      </w:r>
    </w:p>
    <w:sectPr w:rsidR="00FC693F" w:rsidRPr="0006063C" w:rsidSect="00034616">
      <w:pgSz w:w="12240" w:h="15840"/>
      <w:pgMar w:top="1701" w:right="1134" w:bottom="124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TEDAŞ Zarar Tazmini Dilekçe Örneği</dc:title>
  <dc:subject>Elektrik dağıtım şirketine zarar tazmini başvurusu için dilekçe şablonu</dc:subject>
  <dc:creator>Evrakci.com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