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line="240" w:lineRule="auto"/>
        <w:jc w:val="center"/>
      </w:pPr>
      <w:r>
        <w:rPr>
          <w:rFonts w:ascii="DejaVu Sans" w:hAnsi="DejaVu Sans" w:eastAsia="DejaVu Sans"/>
          <w:sz w:val="19"/>
        </w:rPr>
        <w:t>................................................. İL/İLÇE</w:t>
      </w:r>
    </w:p>
    <w:p>
      <w:pPr>
        <w:spacing w:before="0" w:after="0" w:line="240" w:lineRule="auto"/>
        <w:jc w:val="center"/>
      </w:pPr>
      <w:r>
        <w:rPr>
          <w:rFonts w:ascii="DejaVu Sans" w:hAnsi="DejaVu Sans" w:eastAsia="DejaVu Sans"/>
          <w:sz w:val="19"/>
        </w:rPr>
        <w:t>................................................. NÖBETÇİ AİLE MAHKEMESİ HÂKİMLİĞİNE</w:t>
      </w:r>
    </w:p>
    <w:p>
      <w:pPr>
        <w:spacing w:before="0" w:after="0" w:line="240" w:lineRule="auto"/>
        <w:jc w:val="left"/>
      </w:pPr>
    </w:p>
    <w:p>
      <w:pPr>
        <w:spacing w:before="0" w:after="0" w:line="240" w:lineRule="auto"/>
        <w:jc w:val="center"/>
      </w:pPr>
      <w:r>
        <w:rPr>
          <w:rFonts w:ascii="DejaVu Sans" w:hAnsi="DejaVu Sans" w:eastAsia="DejaVu Sans"/>
          <w:sz w:val="19"/>
        </w:rPr>
        <w:t>Konu: Davacı ve müşterek çocuk(lar) lehine tedbir nafakası talebi</w:t>
      </w:r>
    </w:p>
    <w:p>
      <w:pPr>
        <w:spacing w:before="0" w:after="0" w:line="240" w:lineRule="auto"/>
        <w:jc w:val="left"/>
      </w:pPr>
    </w:p>
    <w:p>
      <w:pPr>
        <w:spacing w:before="0" w:after="0" w:line="240" w:lineRule="auto"/>
        <w:jc w:val="left"/>
      </w:pPr>
      <w:r>
        <w:rPr>
          <w:rFonts w:ascii="DejaVu Sans" w:hAnsi="DejaVu Sans" w:eastAsia="DejaVu Sans"/>
          <w:sz w:val="19"/>
        </w:rPr>
        <w:t>Davacı : [Adı Soyadı, T.C. Kimlik No ve adres]</w:t>
      </w:r>
    </w:p>
    <w:p>
      <w:pPr>
        <w:spacing w:before="0" w:after="0" w:line="240" w:lineRule="auto"/>
        <w:jc w:val="left"/>
      </w:pPr>
      <w:r>
        <w:rPr>
          <w:rFonts w:ascii="DejaVu Sans" w:hAnsi="DejaVu Sans" w:eastAsia="DejaVu Sans"/>
          <w:sz w:val="19"/>
        </w:rPr>
        <w:t>Davalı : [Adı Soyadı ve adres]</w:t>
      </w:r>
    </w:p>
    <w:p>
      <w:pPr>
        <w:spacing w:before="0" w:after="0" w:line="240" w:lineRule="auto"/>
        <w:jc w:val="left"/>
      </w:pPr>
    </w:p>
    <w:p>
      <w:pPr>
        <w:spacing w:before="0" w:after="0" w:line="240" w:lineRule="auto"/>
        <w:jc w:val="left"/>
      </w:pPr>
      <w:r>
        <w:rPr>
          <w:rFonts w:ascii="DejaVu Sans" w:hAnsi="DejaVu Sans" w:eastAsia="DejaVu Sans"/>
          <w:sz w:val="19"/>
        </w:rPr>
        <w:t>Açıklamalar:</w:t>
      </w:r>
    </w:p>
    <w:p>
      <w:pPr>
        <w:spacing w:before="0" w:after="0" w:line="240" w:lineRule="auto"/>
        <w:jc w:val="left"/>
      </w:pPr>
    </w:p>
    <w:p>
      <w:pPr>
        <w:spacing w:before="0" w:after="0" w:line="240" w:lineRule="auto"/>
        <w:jc w:val="left"/>
      </w:pPr>
      <w:r>
        <w:rPr>
          <w:rFonts w:ascii="DejaVu Sans" w:hAnsi="DejaVu Sans" w:eastAsia="DejaVu Sans"/>
          <w:sz w:val="19"/>
        </w:rPr>
        <w:t>1) Davalı ile [..../..../20....] tarihinde evlendik. Bu evlilikten [müşterek çocukların adları ve doğum tarihleri] isimli çocuklarımız bulunmaktadır.</w:t>
      </w:r>
    </w:p>
    <w:p>
      <w:pPr>
        <w:spacing w:before="0" w:after="0" w:line="240" w:lineRule="auto"/>
        <w:jc w:val="left"/>
      </w:pPr>
    </w:p>
    <w:p>
      <w:pPr>
        <w:spacing w:before="0" w:after="0" w:line="240" w:lineRule="auto"/>
        <w:jc w:val="left"/>
      </w:pPr>
      <w:r>
        <w:rPr>
          <w:rFonts w:ascii="DejaVu Sans" w:hAnsi="DejaVu Sans" w:eastAsia="DejaVu Sans"/>
          <w:sz w:val="19"/>
        </w:rPr>
        <w:t>2) Evlilik birliği içinde yaşanan [geçimsizlik, ekonomik destek sağlanmaması, evi terk etme, şiddet veya diğer haklı neden] sebebiyle [..../..../20....] tarihinden beri ayrı yaşamaktayız. Davalı, benim ve müşterek çocukların barınma, beslenme, eğitim, sağlık ve diğer zorunlu giderlerine yeterli katkıda bulunmamaktadır.</w:t>
      </w:r>
    </w:p>
    <w:p>
      <w:pPr>
        <w:spacing w:before="0" w:after="0" w:line="240" w:lineRule="auto"/>
        <w:jc w:val="left"/>
      </w:pPr>
    </w:p>
    <w:p>
      <w:pPr>
        <w:spacing w:before="0" w:after="0" w:line="240" w:lineRule="auto"/>
        <w:jc w:val="left"/>
      </w:pPr>
      <w:r>
        <w:rPr>
          <w:rFonts w:ascii="DejaVu Sans" w:hAnsi="DejaVu Sans" w:eastAsia="DejaVu Sans"/>
          <w:sz w:val="19"/>
        </w:rPr>
        <w:t>3) Aylık gelirim yaklaşık [........ TL] olup kira, fatura, gıda, ulaşım, eğitim ve sağlık giderlerini tek başıma karşılamam mümkün değildir. Davalının [mesleği/işyeri] nedeniyle düzenli gelir elde ettiği ve ekonomik gücünün nafaka ödemeye elverişli olduğu bilinmektedir.</w:t>
      </w:r>
    </w:p>
    <w:p>
      <w:pPr>
        <w:spacing w:before="0" w:after="0" w:line="240" w:lineRule="auto"/>
        <w:jc w:val="left"/>
      </w:pPr>
    </w:p>
    <w:p>
      <w:pPr>
        <w:spacing w:before="0" w:after="0" w:line="240" w:lineRule="auto"/>
        <w:jc w:val="left"/>
      </w:pPr>
      <w:r>
        <w:rPr>
          <w:rFonts w:ascii="DejaVu Sans" w:hAnsi="DejaVu Sans" w:eastAsia="DejaVu Sans"/>
          <w:sz w:val="19"/>
        </w:rPr>
        <w:t>4) Tarafların sosyal ve ekonomik durumlarının araştırılmasına karar verilerek; dava tarihinden itibaren geçerli olmak üzere şahsım için aylık [........ TL], müşterek çocuk [adı] için aylık [........ TL] ve varsa diğer müşterek çocuklar için ayrı ayrı aylık [........ TL] tedbir nafakasına hükmedilmesini talep ediyorum.</w:t>
      </w:r>
    </w:p>
    <w:p>
      <w:pPr>
        <w:spacing w:before="0" w:after="0" w:line="240" w:lineRule="auto"/>
        <w:jc w:val="left"/>
      </w:pPr>
    </w:p>
    <w:p>
      <w:pPr>
        <w:spacing w:before="0" w:after="0" w:line="240" w:lineRule="auto"/>
        <w:jc w:val="left"/>
      </w:pPr>
      <w:r>
        <w:rPr>
          <w:rFonts w:ascii="DejaVu Sans" w:hAnsi="DejaVu Sans" w:eastAsia="DejaVu Sans"/>
          <w:sz w:val="19"/>
        </w:rPr>
        <w:t>Hukuki Nedenler: Türk Medeni Kanunu ve ilgili mevzuat.</w:t>
      </w:r>
    </w:p>
    <w:p>
      <w:pPr>
        <w:spacing w:before="0" w:after="0" w:line="240" w:lineRule="auto"/>
        <w:jc w:val="left"/>
      </w:pPr>
    </w:p>
    <w:p>
      <w:pPr>
        <w:spacing w:before="0" w:after="0" w:line="240" w:lineRule="auto"/>
        <w:jc w:val="left"/>
      </w:pPr>
      <w:r>
        <w:rPr>
          <w:rFonts w:ascii="DejaVu Sans" w:hAnsi="DejaVu Sans" w:eastAsia="DejaVu Sans"/>
          <w:sz w:val="19"/>
        </w:rPr>
        <w:t>Deliller: Nüfus aile kayıt tablosu, sosyal ve ekonomik durum araştırması, SGK ve ücret kayıtları, banka kayıtları, kira sözleşmesi, eğitim/sağlık gider belgeleri, tanık beyanları ve her türlü yasal delil.</w:t>
      </w:r>
    </w:p>
    <w:p>
      <w:pPr>
        <w:spacing w:before="0" w:after="0" w:line="240" w:lineRule="auto"/>
        <w:jc w:val="left"/>
      </w:pPr>
    </w:p>
    <w:p>
      <w:pPr>
        <w:spacing w:before="0" w:after="0" w:line="240" w:lineRule="auto"/>
        <w:jc w:val="left"/>
      </w:pPr>
      <w:r>
        <w:rPr>
          <w:rFonts w:ascii="DejaVu Sans" w:hAnsi="DejaVu Sans" w:eastAsia="DejaVu Sans"/>
          <w:sz w:val="19"/>
        </w:rPr>
        <w:t>Sonuç ve İstem: Yukarıda açıklanan nedenlerle; dava tarihinden itibaren şahsım ve müşterek çocuk(lar) lehine belirtilen tutarlarda tedbir nafakasına hükmedilmesine, nafakaların davalıdan alınarak tarafıma ödenmesine ve yargılama giderlerinin davalı üzerinde bırakılmasına karar verilmesini saygılarımla arz ve talep ederim.</w:t>
      </w:r>
    </w:p>
    <w:p>
      <w:pPr>
        <w:spacing w:before="0" w:after="0" w:line="240" w:lineRule="auto"/>
        <w:jc w:val="left"/>
      </w:pPr>
    </w:p>
    <w:p>
      <w:pPr>
        <w:spacing w:before="0" w:after="0" w:line="240" w:lineRule="auto"/>
        <w:jc w:val="left"/>
      </w:pPr>
      <w:r>
        <w:rPr>
          <w:rFonts w:ascii="DejaVu Sans" w:hAnsi="DejaVu Sans" w:eastAsia="DejaVu Sans"/>
          <w:sz w:val="19"/>
        </w:rPr>
        <w:t>..............., .... / .... / 20....</w:t>
      </w:r>
    </w:p>
    <w:p>
      <w:pPr>
        <w:spacing w:before="0" w:after="0" w:line="240" w:lineRule="auto"/>
        <w:jc w:val="left"/>
      </w:pPr>
    </w:p>
    <w:p>
      <w:pPr>
        <w:spacing w:before="0" w:after="0" w:line="240" w:lineRule="auto"/>
        <w:jc w:val="left"/>
      </w:pPr>
      <w:r>
        <w:rPr>
          <w:rFonts w:ascii="DejaVu Sans" w:hAnsi="DejaVu Sans" w:eastAsia="DejaVu Sans"/>
          <w:sz w:val="19"/>
        </w:rPr>
        <w:t>[Davacı]</w:t>
      </w:r>
    </w:p>
    <w:p>
      <w:pPr>
        <w:spacing w:before="0" w:after="0" w:line="240" w:lineRule="auto"/>
        <w:jc w:val="left"/>
      </w:pPr>
      <w:r>
        <w:rPr>
          <w:rFonts w:ascii="DejaVu Sans" w:hAnsi="DejaVu Sans" w:eastAsia="DejaVu Sans"/>
          <w:sz w:val="19"/>
        </w:rPr>
        <w:t>Adı Soyadı : ______</w:t>
      </w:r>
    </w:p>
    <w:p>
      <w:pPr>
        <w:spacing w:before="0" w:after="0" w:line="240" w:lineRule="auto"/>
        <w:jc w:val="left"/>
      </w:pPr>
      <w:r>
        <w:rPr>
          <w:rFonts w:ascii="DejaVu Sans" w:hAnsi="DejaVu Sans" w:eastAsia="DejaVu Sans"/>
          <w:sz w:val="19"/>
        </w:rPr>
        <w:t>T.C. Kimlik No : ______</w:t>
      </w:r>
    </w:p>
    <w:p>
      <w:pPr>
        <w:spacing w:before="0" w:after="0" w:line="240" w:lineRule="auto"/>
        <w:jc w:val="left"/>
      </w:pPr>
      <w:r>
        <w:rPr>
          <w:rFonts w:ascii="DejaVu Sans" w:hAnsi="DejaVu Sans" w:eastAsia="DejaVu Sans"/>
          <w:sz w:val="19"/>
        </w:rPr>
        <w:t>Adres : ______</w:t>
      </w:r>
    </w:p>
    <w:p>
      <w:pPr>
        <w:spacing w:before="0" w:after="0" w:line="240" w:lineRule="auto"/>
        <w:jc w:val="left"/>
      </w:pPr>
      <w:r>
        <w:rPr>
          <w:rFonts w:ascii="DejaVu Sans" w:hAnsi="DejaVu Sans" w:eastAsia="DejaVu Sans"/>
          <w:sz w:val="19"/>
        </w:rPr>
        <w:t>Telefon : ______</w:t>
      </w:r>
    </w:p>
    <w:p>
      <w:pPr>
        <w:spacing w:before="0" w:after="0" w:line="240" w:lineRule="auto"/>
        <w:jc w:val="left"/>
      </w:pPr>
      <w:r>
        <w:rPr>
          <w:rFonts w:ascii="DejaVu Sans" w:hAnsi="DejaVu Sans" w:eastAsia="DejaVu Sans"/>
          <w:sz w:val="19"/>
        </w:rPr>
        <w:t>E-posta : ______</w:t>
      </w:r>
    </w:p>
    <w:p>
      <w:pPr>
        <w:spacing w:before="0" w:after="0" w:line="240" w:lineRule="auto"/>
        <w:jc w:val="left"/>
      </w:pPr>
      <w:r>
        <w:rPr>
          <w:rFonts w:ascii="DejaVu Sans" w:hAnsi="DejaVu Sans" w:eastAsia="DejaVu Sans"/>
          <w:sz w:val="19"/>
        </w:rPr>
        <w:t>(Varsa) Vekili : Av. ______</w:t>
      </w:r>
    </w:p>
    <w:p>
      <w:pPr>
        <w:spacing w:before="0" w:after="0" w:line="240" w:lineRule="auto"/>
        <w:jc w:val="left"/>
      </w:pPr>
      <w:r>
        <w:rPr>
          <w:rFonts w:ascii="DejaVu Sans" w:hAnsi="DejaVu Sans" w:eastAsia="DejaVu Sans"/>
          <w:sz w:val="19"/>
        </w:rPr>
        <w:t>İmza</w:t>
      </w:r>
    </w:p>
    <w:p>
      <w:pPr>
        <w:spacing w:before="0" w:after="0" w:line="240" w:lineRule="auto"/>
        <w:jc w:val="left"/>
      </w:pPr>
    </w:p>
    <w:p>
      <w:pPr>
        <w:spacing w:before="0" w:after="0" w:line="240" w:lineRule="auto"/>
        <w:jc w:val="left"/>
      </w:pPr>
    </w:p>
    <w:p>
      <w:pPr>
        <w:spacing w:before="0" w:after="0" w:line="240" w:lineRule="auto"/>
        <w:jc w:val="left"/>
      </w:pPr>
    </w:p>
    <w:p>
      <w:pPr>
        <w:spacing w:before="0" w:after="0" w:line="240" w:lineRule="auto"/>
        <w:jc w:val="left"/>
      </w:pPr>
    </w:p>
    <w:p>
      <w:pPr>
        <w:spacing w:before="0" w:after="0" w:line="240" w:lineRule="auto"/>
        <w:jc w:val="left"/>
      </w:pPr>
    </w:p>
    <w:p>
      <w:pPr>
        <w:spacing w:before="0" w:after="0" w:line="240" w:lineRule="auto"/>
        <w:jc w:val="left"/>
      </w:pPr>
      <w:r>
        <w:rPr>
          <w:rFonts w:ascii="DejaVu Sans" w:hAnsi="DejaVu Sans" w:eastAsia="DejaVu Sans"/>
          <w:sz w:val="19"/>
        </w:rPr>
        <w:t>Ekler:</w:t>
      </w:r>
    </w:p>
    <w:p>
      <w:pPr>
        <w:spacing w:before="0" w:after="0" w:line="240" w:lineRule="auto"/>
        <w:jc w:val="left"/>
      </w:pPr>
      <w:r>
        <w:rPr>
          <w:rFonts w:ascii="DejaVu Sans" w:hAnsi="DejaVu Sans" w:eastAsia="DejaVu Sans"/>
          <w:sz w:val="19"/>
        </w:rPr>
        <w:t>1) Nüfus aile kayıt tablosu / evlilik ve çocuk bilgilerini gösteren belgeler</w:t>
      </w:r>
    </w:p>
    <w:p>
      <w:pPr>
        <w:spacing w:before="0" w:after="0" w:line="240" w:lineRule="auto"/>
        <w:jc w:val="left"/>
      </w:pPr>
      <w:r>
        <w:rPr>
          <w:rFonts w:ascii="DejaVu Sans" w:hAnsi="DejaVu Sans" w:eastAsia="DejaVu Sans"/>
          <w:sz w:val="19"/>
        </w:rPr>
        <w:t>2) Gelir ve gider durumunu gösteren belgeler</w:t>
      </w:r>
    </w:p>
    <w:p>
      <w:pPr>
        <w:spacing w:before="0" w:after="0" w:line="240" w:lineRule="auto"/>
        <w:jc w:val="left"/>
      </w:pPr>
      <w:r>
        <w:rPr>
          <w:rFonts w:ascii="DejaVu Sans" w:hAnsi="DejaVu Sans" w:eastAsia="DejaVu Sans"/>
          <w:sz w:val="19"/>
        </w:rPr>
        <w:t>3) Kira, eğitim, sağlık ve diğer zorunlu giderlere ilişkin belgeler</w:t>
      </w:r>
    </w:p>
    <w:p>
      <w:pPr>
        <w:spacing w:before="0" w:after="0" w:line="240" w:lineRule="auto"/>
        <w:jc w:val="left"/>
      </w:pPr>
      <w:r>
        <w:rPr>
          <w:rFonts w:ascii="DejaVu Sans" w:hAnsi="DejaVu Sans" w:eastAsia="DejaVu Sans"/>
          <w:sz w:val="19"/>
        </w:rPr>
        <w:t>4) (Varsa) Tanık listesi ve diğer destekleyici belgeler</w:t>
      </w:r>
    </w:p>
    <w:sectPr w:rsidR="00FC693F" w:rsidRPr="0006063C" w:rsidSect="00034616">
      <w:pgSz w:w="12240" w:h="15840"/>
      <w:pgMar w:top="1417"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0" w:line="240" w:lineRule="auto"/>
    </w:pPr>
    <w:rPr>
      <w:rFonts w:ascii="DejaVu Sans" w:hAnsi="DejaVu Sans" w:eastAsia="DejaVu Sans"/>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Tedbir Nafakası Dilekçe Örneği</dc:title>
  <dc:subject>Tedbir Nafakası Dilekçe Örneği</dc:subject>
  <dc:creator>Evrakci.com</dc:creator>
  <cp:keywords/>
  <dc:description>generated by python-docx</dc:description>
  <cp:lastModifiedBy/>
  <cp:revision>1</cp:revision>
  <dcterms:created xsi:type="dcterms:W3CDTF">2013-12-23T23:15:00Z</dcterms:created>
  <dcterms:modified xsi:type="dcterms:W3CDTF">2013-12-23T23:15:00Z</dcterms:modified>
  <cp:category/>
</cp:coreProperties>
</file>