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76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İL/İLÇE</w:t>
      </w:r>
    </w:p>
    <w:p>
      <w:pPr>
        <w:spacing w:before="0" w:after="0" w:line="276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[ÜNİVERSİTE ADI] [FAKÜLTE/YÜKSEKOKUL/MYO ADI] DEKANLIĞINA/MÜDÜRLÜĞÜNE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center"/>
      </w:pPr>
      <w:r>
        <w:rPr>
          <w:rFonts w:ascii="DejaVu Sans" w:hAnsi="DejaVu Sans" w:eastAsia="DejaVu Sans"/>
          <w:sz w:val="21"/>
        </w:rPr>
        <w:t>Konu: Tek ders sınavına girme talebi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[Bölüm/Program] bölümünün [Öğrenci No] numaralı öğrencisiyim. Kayıtlı olduğum öğretim programında mezuniyet için gerekli olan derslerin tamamını başarıyla tamamladım; ancak [Ders Kodu - Ders Adı] dersinden başarısız olduğum için mezuniyet aşamasında tek dersim kalmıştır.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Söz konusu dersi daha önce almış ve devam şartını yerine getirmiş bulunmaktayım. Üniversitenizin ilgili eğitim-öğretim ve sınav mevzuatı kapsamında düzenlenecek tek ders sınavına katılmak istiyorum.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Öğrenci durumumun ve tek ders sınavına katılma şartlarını taşıyıp taşımadığımın incelenerek [Ders Kodu - Ders Adı] dersi için tek ders sınavına girme talebimin uygun görülmesini arz ederim.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Gereğini arz ederim.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..............., .... / .... / 20....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[Öğrenci]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Adı Soyadı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T.C. Kimlik No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Öğrenci No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Fakülte/Yüksekokul/MYO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Bölüm/Program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Ders Kodu ve Adı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Telefon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E-posta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Adres : ______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İmza</w:t>
      </w: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Ekler: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1) Güncel transkript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2) Öğrenci belgesi</w:t>
      </w:r>
    </w:p>
    <w:p>
      <w:pPr>
        <w:spacing w:before="0" w:after="0" w:line="276" w:lineRule="auto"/>
        <w:jc w:val="left"/>
      </w:pPr>
      <w:r>
        <w:rPr>
          <w:rFonts w:ascii="DejaVu Sans" w:hAnsi="DejaVu Sans" w:eastAsia="DejaVu Sans"/>
          <w:sz w:val="21"/>
        </w:rPr>
        <w:t>3) (Varsa) Üniversitenin tek ders sınavı başvuru formu</w:t>
      </w:r>
    </w:p>
    <w:sectPr w:rsidR="00FC693F" w:rsidRPr="0006063C" w:rsidSect="00034616">
      <w:pgSz w:w="11906" w:h="16838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