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rPr>
          <w:rFonts w:ascii="DejaVu Sans" w:hAnsi="DejaVu Sans" w:eastAsia="DejaVu Sans"/>
          <w:sz w:val="21"/>
        </w:rPr>
        <w:t>................................................. İL/İLÇE</w:t>
      </w:r>
    </w:p>
    <w:p>
      <w:pPr>
        <w:spacing w:before="0" w:after="0" w:line="240" w:lineRule="auto"/>
        <w:jc w:val="center"/>
      </w:pPr>
      <w:r>
        <w:rPr>
          <w:rFonts w:ascii="DejaVu Sans" w:hAnsi="DejaVu Sans" w:eastAsia="DejaVu Sans"/>
          <w:sz w:val="21"/>
        </w:rPr>
        <w:t>................................................. CUMHURİYET BAŞSAVCILIĞINA</w:t>
      </w:r>
    </w:p>
    <w:p>
      <w:pPr>
        <w:spacing w:before="0" w:after="0" w:line="240" w:lineRule="auto"/>
        <w:jc w:val="left"/>
      </w:pPr>
      <w:r>
        <w:rPr>
          <w:sz w:val="21"/>
        </w:rPr>
        <w:t xml:space="preserve"> </w:t>
      </w:r>
    </w:p>
    <w:p>
      <w:pPr>
        <w:spacing w:before="0" w:after="0" w:line="240" w:lineRule="auto"/>
        <w:jc w:val="center"/>
      </w:pPr>
      <w:r>
        <w:rPr>
          <w:rFonts w:ascii="DejaVu Sans" w:hAnsi="DejaVu Sans" w:eastAsia="DejaVu Sans"/>
          <w:sz w:val="21"/>
        </w:rPr>
        <w:t>Konu: Cep telefonunun çalınması nedeniyle şikâyet ve soruşturma talebi</w:t>
      </w:r>
    </w:p>
    <w:p>
      <w:pPr>
        <w:spacing w:before="0" w:after="0" w:line="240" w:lineRule="auto"/>
        <w:jc w:val="left"/>
      </w:pPr>
      <w:r>
        <w:rPr>
          <w:sz w:val="21"/>
        </w:rPr>
        <w:t xml:space="preserve"> 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Şüpheli: [Biliniyorsa adı soyadı ve adresi / Bilinmiyor]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Telefonun Marka/Modeli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IMEI 1 / IMEI 2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Hat Numarası / Seri No / Renk : ______</w:t>
      </w:r>
    </w:p>
    <w:p>
      <w:pPr>
        <w:spacing w:before="0" w:after="0" w:line="240" w:lineRule="auto"/>
        <w:jc w:val="left"/>
      </w:pPr>
      <w:r>
        <w:rPr>
          <w:sz w:val="21"/>
        </w:rPr>
        <w:t xml:space="preserve"> 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[.... / .... / 20....] tarihinde saat [....] civarında, [olayın gerçekleştiği açık adres/yer] konumunda bulunan cep telefonum bilgim ve rızam dışında alınarak çalınmıştır.</w:t>
      </w:r>
    </w:p>
    <w:p>
      <w:pPr>
        <w:spacing w:before="0" w:after="0" w:line="240" w:lineRule="auto"/>
        <w:jc w:val="left"/>
      </w:pPr>
      <w:r>
        <w:rPr>
          <w:sz w:val="21"/>
        </w:rPr>
        <w:t xml:space="preserve"> 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Olayı [nasıl fark ettiğinizi, telefonu en son nerede kullandığınızı, şüpheli kişi veya duruma ilişkin bildiklerinizi] açıklıyorum: [Ayrıntılı olay anlatımı]. Olayı gören kişiler ile mevcut kamera kaydı, mesaj, konum bilgisi, satın alma belgesi ve benzeri deliller aşağıda belirtilmiş/ekte sunulmuştur.</w:t>
      </w:r>
    </w:p>
    <w:p>
      <w:pPr>
        <w:spacing w:before="0" w:after="0" w:line="240" w:lineRule="auto"/>
        <w:jc w:val="left"/>
      </w:pPr>
      <w:r>
        <w:rPr>
          <w:sz w:val="21"/>
        </w:rPr>
        <w:t xml:space="preserve"> 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Şüpheli kişi veya kişilerin tespit edilerek haklarında gerekli soruşturmanın yürütülmesini; cihazın IMEI ve diğer ayırt edici bilgileri üzerinden araştırılmasını, ilgili kamera ve kayıtların temin edilmesini ve telefon bulunduğunda tarafıma teslim edilmesini arz ve talep ederim.</w:t>
      </w:r>
    </w:p>
    <w:p>
      <w:pPr>
        <w:spacing w:before="0" w:after="0" w:line="240" w:lineRule="auto"/>
        <w:jc w:val="left"/>
      </w:pPr>
      <w:r>
        <w:rPr>
          <w:sz w:val="21"/>
        </w:rPr>
        <w:t xml:space="preserve"> 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Gereğini arz ederim.</w:t>
      </w:r>
    </w:p>
    <w:p>
      <w:pPr>
        <w:spacing w:before="0" w:after="0" w:line="240" w:lineRule="auto"/>
        <w:jc w:val="left"/>
      </w:pPr>
      <w:r>
        <w:rPr>
          <w:sz w:val="21"/>
        </w:rPr>
        <w:t xml:space="preserve"> 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..............., .... / .... / 20....</w:t>
      </w:r>
    </w:p>
    <w:p>
      <w:pPr>
        <w:spacing w:before="0" w:after="0" w:line="240" w:lineRule="auto"/>
        <w:jc w:val="left"/>
      </w:pPr>
      <w:r>
        <w:rPr>
          <w:sz w:val="21"/>
        </w:rPr>
        <w:t xml:space="preserve"> 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[Şikâyet Eden]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Adı Soyadı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T.C. Kimlik No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Adres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Telefon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E-posta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İmza</w:t>
      </w:r>
    </w:p>
    <w:p>
      <w:pPr>
        <w:spacing w:before="0" w:after="0" w:line="240" w:lineRule="auto"/>
        <w:jc w:val="left"/>
      </w:pPr>
      <w:r>
        <w:rPr>
          <w:sz w:val="21"/>
        </w:rPr>
        <w:t xml:space="preserve"> </w:t>
      </w:r>
    </w:p>
    <w:p>
      <w:pPr>
        <w:spacing w:before="0" w:after="0" w:line="240" w:lineRule="auto"/>
        <w:jc w:val="left"/>
      </w:pPr>
      <w:r>
        <w:rPr>
          <w:sz w:val="21"/>
        </w:rPr>
        <w:t xml:space="preserve"> </w:t>
      </w:r>
    </w:p>
    <w:p>
      <w:pPr>
        <w:spacing w:before="0" w:after="0" w:line="240" w:lineRule="auto"/>
        <w:jc w:val="left"/>
      </w:pPr>
      <w:r>
        <w:rPr>
          <w:sz w:val="21"/>
        </w:rPr>
        <w:t xml:space="preserve"> </w:t>
      </w:r>
    </w:p>
    <w:p>
      <w:pPr>
        <w:spacing w:before="0" w:after="0" w:line="240" w:lineRule="auto"/>
        <w:jc w:val="left"/>
      </w:pPr>
      <w:r>
        <w:rPr>
          <w:sz w:val="21"/>
        </w:rPr>
        <w:t xml:space="preserve"> 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Ekler: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1) Telefon faturası, garanti belgesi veya cihazın sahipliğini gösteren belge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2) IMEI/seri numarasını gösteren belge veya ekran görüntüsü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3) (Varsa) Kamera kaydı, fotoğraf, konum bilgisi ve tanık listesi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4) Kimlik fotokopisi ve diğer destekleyici belgeler</w:t>
      </w:r>
    </w:p>
    <w:sectPr w:rsidR="00FC693F" w:rsidRPr="0006063C" w:rsidSect="00034616">
      <w:pgSz w:w="11906" w:h="16838"/>
      <w:pgMar w:top="1701" w:right="1134" w:bottom="124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 w:eastAsia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Telefonum Çalındı Dilekçe Örneği</dc:title>
  <dc:subject>Dilekçe örneği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