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İL/İLÇE</w:t>
      </w:r>
    </w:p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................................................. TİCARET SİCİLİ MÜDÜRLÜĞÜNE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center"/>
      </w:pPr>
      <w:r>
        <w:rPr>
          <w:rFonts w:ascii="DejaVu Sans" w:hAnsi="DejaVu Sans" w:eastAsia="DejaVu Sans"/>
          <w:sz w:val="21"/>
        </w:rPr>
        <w:t>Konu: [Tescil / değişiklik / terkin / belge / kayıt düzeltme talebi]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[Şirket/işletme ünvanı] ünvanı ile [ticaret sicil no] sicil numarası ve [MERSİS No] MERSİS numarasıyla ticaret sicilinde kayıtlı bulunmaktayız.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Şirketimiz/işletmemiz hakkında [ünvan değişikliği, adres değişikliği, yetkili değişikliği, sermaye değişikliği, şube açılışı/kapanışı, terkin, kayıt düzeltme, belge talebi veya diğer işlem] kapsamında ticaret sicili işlemi yapılmasına ihtiyaç duyulmuştur.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Talep edilen işleme ilişkin açıklama: [Yapılmasını istediğiniz işlemi; karar tarihi ve numarası, değişiklik tarihi, yeni bilgi veya diğer gerekli ayrıntılarla birlikte açık şekilde yazınız.]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Başvuruya ilişkin gerekli bilgi ve belgeler dilekçe ekinde sunulmuştur. Ticaret sicili kayıtlarımızın ve ekli belgelerin incelenerek talep edilen işlemin gerçekleştirilmesini ve sonucundan tarafımıza bilgi verilmesini arz ederiz.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Gereğini arz ederiz.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..............., .... / .... / 20....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[Şirket / İşletme Yetkilisi]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Şirket / İşletme Ünvanı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Yetkili Adı Soyadı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T.C. Kimlik No / VKN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Ticaret Sicil No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MERSİS No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Adres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Telefon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E-posta : ______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Kaşe / İmza</w:t>
      </w: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Ekler: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1) Başvuruya konu işleme ilişkin karar veya belge örneği (varsa)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2) İmza sirküleri / imza beyannamesi veya yetki belgesi (varsa)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3) (Varsa) MERSİS başvuru çıktısı / talep numarası</w:t>
      </w:r>
    </w:p>
    <w:p>
      <w:pPr>
        <w:spacing w:before="0" w:after="0" w:line="240" w:lineRule="auto"/>
        <w:jc w:val="left"/>
      </w:pPr>
      <w:r>
        <w:rPr>
          <w:rFonts w:ascii="DejaVu Sans" w:hAnsi="DejaVu Sans" w:eastAsia="DejaVu Sans"/>
          <w:sz w:val="21"/>
        </w:rPr>
        <w:t>4) İşlemin niteliğine göre diğer destekleyici belgeler</w:t>
      </w:r>
    </w:p>
    <w:sectPr w:rsidR="00FC693F" w:rsidRPr="0006063C" w:rsidSect="00034616">
      <w:pgSz w:w="12240" w:h="15840"/>
      <w:pgMar w:top="1701" w:right="1134" w:bottom="130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 w:eastAsia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Ticaret Sicil Dilekçe Örneği</dc:title>
  <dc:subject>Ticaret Sicili Müdürlüğüne genel başvuru dilekçesi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