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................................................. TİCARET SİCİLİ MÜDÜRLÜĞÜNE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Konu: Ticaret Sicil Tasdiknamesi düzenlenmesi talebi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[Şirket/İşletme Ünvanı] ünvanı ile [Ticaret Sicil No] sicil numarası ve [MERSİS No] MERSİS numarasıyla Müdürlüğünüz nezdinde kayıtlı bulunmaktayız.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Şirketimize/işletmemize ait güncel ticaret sicili kayıtlarını gösteren Ticaret Sicil Tasdiknamesine [banka işlemleri / ihale / resmî kurum başvurusu / sözleşme işlemleri / diğer kullanım amacı] nedeniyle ihtiyaç duyulmuştur.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Müdürlüğünüz kayıtlarının incelenerek şirketimizin/işletmemizin güncel unvan, merkez adresi, sermaye, temsil ve yetki bilgileri ile sicilde kayıtlı diğer bilgilerini içeren Ticaret Sicil Tasdiknamesinin düzenlenmesini ve tarafımıza teslim edilmesini arz ederiz.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Gereğini arz ederiz.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[Şirket / İşletme Yetkilisi]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Şirket / İşletme Ünvanı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Yetkili Adı Soyadı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T.C. Kimlik No / VKN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Ticaret Sicil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MERSİS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Kaşe / 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1) İmza sirküleri / imza beyannamesi veya yetki belgesi (varsa)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2) Yetkili kişinin kimlik fotokopisi (varsa)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3) MERSİS başvuru/talep numarası veya başvuru çıktısı (varsa)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4) Vekâleten başvuruluyorsa vekâletname örneği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Ticaret Sicil Tasdiknamesi Dilekçe Örneği</dc:title>
  <dc:subject>Ticaret Sicil Tasdiknamesi talebi için genel dilekçe örneği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