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1"/>
        </w:rPr>
        <w:t>T.C. SAĞLIK BAKANLIĞI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1"/>
        </w:rPr>
        <w:t>TÜRKİYE İLAÇ VE TIBBİ CİHAZ KURUMU BAŞKANLIĞINA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1"/>
        </w:rPr>
        <w:t>Konu: TİTUBB / ÜTS firma kayıt ve bilgi güncelleme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[Firma Ticari Ünvanı] ünvanlı firmamızın TİTUBB/Ürün Takip Sistemi (ÜTS) kapsamındaki kayıt ve bildirim işlemlerine ilişkin başvurumuzu bilgilerinize sunarız.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Firma kayıtlarında bulunan [firma bilgisi / yetkili / adres / belge / ürün kaydı / diğer] bilgilerinin incelenerek gerekli kayıt, güncelleme veya düzeltme işleminin yapılmasını talep etmekteyiz.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Firma Ticari Ünvanı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Vergi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MERSİS No (varsa)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ÜTS / Firma Tanımlayıcı No (varsa)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Başvuru / İşlem Türü : ______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[Talep edilen işlemi ve varsa sistemde karşılaşılan sorunu kısa ve açık şekilde yazınız.]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Gerekli bilgi ve belgeler ekte sunulmuş olup, kayıtların incelenerek talep edilen işlemin gerçekleştirilmesini ve sonucundan tarafımıza bilgi verilmesini arz ederiz.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Gereğini arz ederiz.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[Firma Yetkilisi]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T.C.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Görevi / Ünvanı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Firma Ünvanı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Kaşe / 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1) Firma yetkilisine ait imza sirküleri / yetki belgesi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2) Vergi levhası ve ticaret sicil / oda kayıt belgesi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3) Başvuruya konu kayıt veya belge örnekleri / sistem ekran çıktıları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1"/>
        </w:rPr>
        <w:t>4) İşlemin niteliğine göre diğer destekleyici belgeler</w:t>
      </w:r>
    </w:p>
    <w:sectPr w:rsidR="00FC693F" w:rsidRPr="0006063C" w:rsidSect="00034616">
      <w:pgSz w:w="12240" w:h="15840"/>
      <w:pgMar w:top="1701" w:right="1134" w:bottom="124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TİTUBB Dilekçe Örneği</dc:title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