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 w:line="240" w:lineRule="auto"/>
        <w:jc w:val="center"/>
      </w:pPr>
      <w:r>
        <w:rPr>
          <w:sz w:val="22"/>
        </w:rPr>
        <w:t>................................................. İL/İLÇE</w:t>
      </w:r>
    </w:p>
    <w:p>
      <w:pPr>
        <w:spacing w:after="0" w:before="0" w:line="240" w:lineRule="auto"/>
        <w:jc w:val="center"/>
      </w:pPr>
      <w:r>
        <w:rPr>
          <w:sz w:val="22"/>
        </w:rPr>
        <w:t>................................................. TİVİBU ABONELİK İŞLEMLERİ BİRİMİNE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center"/>
      </w:pPr>
      <w:r>
        <w:rPr>
          <w:sz w:val="22"/>
        </w:rPr>
        <w:t>Konu: Tivibu aboneliğinin iptali talebi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  <w:r>
        <w:rPr>
          <w:sz w:val="22"/>
        </w:rPr>
        <w:t>Adıma kayıtlı [Abone/Hizmet No] numaralı Tivibu aboneliğimin, abonelik hizmetine artık devam etmek istememem nedeniyle iptal edilmesini talep ediyorum.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  <w:r>
        <w:rPr>
          <w:sz w:val="22"/>
        </w:rPr>
        <w:t>Aboneliğime ilişkin varsa ödenmemiş kullanım bedeli, taahhüt veya cihaz/iade yükümlülükleri hakkında tarafıma bilgi verilmesini; iptal işleminin tamamlanmasının ardından aboneliğin kapatıldığına ilişkin bilgilendirmenin tarafıma iletilmesini rica ederim.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  <w:r>
        <w:rPr>
          <w:sz w:val="22"/>
        </w:rPr>
        <w:t>Tarafıma teslim edilmiş modem, kumanda, alıcı cihaz veya benzeri ekipman bulunması hâlinde, bunların iade edilmesi gereken yer ve süre hakkında da bilgilendirme yapılmasını talep ederim.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  <w:r>
        <w:rPr>
          <w:sz w:val="22"/>
        </w:rPr>
        <w:t>Gereğini arz ederim.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  <w:r>
        <w:rPr>
          <w:sz w:val="22"/>
        </w:rPr>
        <w:t>..............., .... / .... / 20....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  <w:r>
        <w:rPr>
          <w:sz w:val="22"/>
        </w:rPr>
        <w:t>[Abone]</w:t>
      </w:r>
    </w:p>
    <w:p>
      <w:pPr>
        <w:spacing w:after="0" w:before="0" w:line="240" w:lineRule="auto"/>
        <w:jc w:val="left"/>
      </w:pPr>
      <w:r>
        <w:rPr>
          <w:sz w:val="22"/>
        </w:rPr>
        <w:t>Adı Soyadı : ______</w:t>
      </w:r>
    </w:p>
    <w:p>
      <w:pPr>
        <w:spacing w:after="0" w:before="0" w:line="240" w:lineRule="auto"/>
        <w:jc w:val="left"/>
      </w:pPr>
      <w:r>
        <w:rPr>
          <w:sz w:val="22"/>
        </w:rPr>
        <w:t>T.C. Kimlik No : ______</w:t>
      </w:r>
    </w:p>
    <w:p>
      <w:pPr>
        <w:spacing w:after="0" w:before="0" w:line="240" w:lineRule="auto"/>
        <w:jc w:val="left"/>
      </w:pPr>
      <w:r>
        <w:rPr>
          <w:sz w:val="22"/>
        </w:rPr>
        <w:t>Abone/Hizmet No : ______</w:t>
      </w:r>
    </w:p>
    <w:p>
      <w:pPr>
        <w:spacing w:after="0" w:before="0" w:line="240" w:lineRule="auto"/>
        <w:jc w:val="left"/>
      </w:pPr>
      <w:r>
        <w:rPr>
          <w:sz w:val="22"/>
        </w:rPr>
        <w:t>Adres : ______</w:t>
      </w:r>
    </w:p>
    <w:p>
      <w:pPr>
        <w:spacing w:after="0" w:before="0" w:line="240" w:lineRule="auto"/>
        <w:jc w:val="left"/>
      </w:pPr>
      <w:r>
        <w:rPr>
          <w:sz w:val="22"/>
        </w:rPr>
        <w:t>Telefon : ______</w:t>
      </w:r>
    </w:p>
    <w:p>
      <w:pPr>
        <w:spacing w:after="0" w:before="0" w:line="240" w:lineRule="auto"/>
        <w:jc w:val="left"/>
      </w:pPr>
      <w:r>
        <w:rPr>
          <w:sz w:val="22"/>
        </w:rPr>
        <w:t>E-posta : ______</w:t>
      </w:r>
    </w:p>
    <w:p>
      <w:pPr>
        <w:spacing w:after="0" w:before="0" w:line="240" w:lineRule="auto"/>
        <w:jc w:val="left"/>
      </w:pPr>
      <w:r>
        <w:rPr>
          <w:sz w:val="22"/>
        </w:rPr>
        <w:t>İmza</w:t>
      </w: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</w:p>
    <w:p>
      <w:pPr>
        <w:spacing w:after="0" w:before="0" w:line="240" w:lineRule="auto"/>
        <w:jc w:val="left"/>
      </w:pPr>
      <w:r>
        <w:rPr>
          <w:sz w:val="22"/>
        </w:rPr>
        <w:t>Ekler:</w:t>
      </w:r>
    </w:p>
    <w:p>
      <w:pPr>
        <w:spacing w:after="0" w:before="0" w:line="240" w:lineRule="auto"/>
        <w:jc w:val="left"/>
      </w:pPr>
      <w:r>
        <w:rPr>
          <w:sz w:val="22"/>
        </w:rPr>
        <w:t>1) Kimlik fotokopisi</w:t>
      </w:r>
    </w:p>
    <w:p>
      <w:pPr>
        <w:spacing w:after="0" w:before="0" w:line="240" w:lineRule="auto"/>
        <w:jc w:val="left"/>
      </w:pPr>
      <w:r>
        <w:rPr>
          <w:sz w:val="22"/>
        </w:rPr>
        <w:t>2) (Varsa) Son dönem fatura örneği</w:t>
      </w:r>
    </w:p>
    <w:p>
      <w:pPr>
        <w:spacing w:after="0" w:before="0" w:line="240" w:lineRule="auto"/>
        <w:jc w:val="left"/>
      </w:pPr>
      <w:r>
        <w:rPr>
          <w:sz w:val="22"/>
        </w:rPr>
        <w:t>3) (Varsa) Abonelik veya hizmet numarasını gösteren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