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before="0" w:line="240" w:lineRule="auto"/>
        <w:jc w:val="center"/>
      </w:pPr>
      <w:r>
        <w:rPr>
          <w:sz w:val="22"/>
        </w:rPr>
        <w:t>................................................. İL/İLÇE</w:t>
      </w:r>
    </w:p>
    <w:p>
      <w:pPr>
        <w:spacing w:after="0" w:before="0" w:line="240" w:lineRule="auto"/>
        <w:jc w:val="center"/>
      </w:pPr>
      <w:r>
        <w:rPr>
          <w:sz w:val="22"/>
        </w:rPr>
        <w:t>................................................. ULAŞTIRMA VE ALTYAPI BAKANLIĞI [BÖLGE MÜDÜRLÜĞÜNE]</w:t>
      </w:r>
    </w:p>
    <w:p>
      <w:pPr>
        <w:spacing w:after="0" w:before="0" w:line="240" w:lineRule="auto"/>
      </w:pPr>
    </w:p>
    <w:p>
      <w:pPr>
        <w:spacing w:after="0" w:before="0" w:line="240" w:lineRule="auto"/>
        <w:jc w:val="center"/>
      </w:pPr>
      <w:r>
        <w:rPr>
          <w:sz w:val="22"/>
        </w:rPr>
        <w:t>Konu: Tehlikeli Madde Faaliyet Belgesi (TMFB) yenileme talebi</w:t>
      </w:r>
    </w:p>
    <w:p>
      <w:pPr>
        <w:spacing w:after="0" w:before="0" w:line="240" w:lineRule="auto"/>
      </w:pPr>
    </w:p>
    <w:p>
      <w:pPr>
        <w:spacing w:after="0" w:before="0" w:line="240" w:lineRule="auto"/>
        <w:jc w:val="left"/>
      </w:pPr>
      <w:r>
        <w:rPr>
          <w:sz w:val="22"/>
        </w:rPr>
        <w:t>İşletmemize ait [TMFB Belge No] numaralı Tehlikeli Madde Faaliyet Belgesinin geçerlilik süresinin sona erecek/ermiş olması nedeniyle belgenin yenilenmesi için başvuruda bulunmaktayız.</w:t>
      </w:r>
    </w:p>
    <w:p>
      <w:pPr>
        <w:spacing w:after="0" w:before="0" w:line="240" w:lineRule="auto"/>
      </w:pPr>
    </w:p>
    <w:p>
      <w:pPr>
        <w:spacing w:after="0" w:before="0" w:line="240" w:lineRule="auto"/>
        <w:jc w:val="left"/>
      </w:pPr>
      <w:r>
        <w:rPr>
          <w:sz w:val="22"/>
        </w:rPr>
        <w:t>İşletmemiz [işletme unvanı] adıyla [faaliyet adresi] adresinde faaliyet göstermekte olup, mevcut faaliyet alanımız [dolduran/paketleyen/yükleyen/gönderen/alıcı/boşaltan/taşıyıcı vb.] şeklindedir.</w:t>
      </w:r>
    </w:p>
    <w:p>
      <w:pPr>
        <w:spacing w:after="0" w:before="0" w:line="240" w:lineRule="auto"/>
      </w:pPr>
    </w:p>
    <w:p>
      <w:pPr>
        <w:spacing w:after="0" w:before="0" w:line="240" w:lineRule="auto"/>
        <w:jc w:val="left"/>
      </w:pPr>
      <w:r>
        <w:rPr>
          <w:sz w:val="22"/>
        </w:rPr>
        <w:t>TMFB yenileme işlemi kapsamında gerekli başvuru formu, faaliyet tespit raporu ve diğer destekleyici belgeler ekte sunulmuştur.</w:t>
      </w:r>
    </w:p>
    <w:p>
      <w:pPr>
        <w:spacing w:after="0" w:before="0" w:line="240" w:lineRule="auto"/>
      </w:pPr>
    </w:p>
    <w:p>
      <w:pPr>
        <w:spacing w:after="0" w:before="0" w:line="240" w:lineRule="auto"/>
        <w:jc w:val="left"/>
      </w:pPr>
      <w:r>
        <w:rPr>
          <w:sz w:val="22"/>
        </w:rPr>
        <w:t>Mevcut Tehlikeli Madde Faaliyet Belgemizin yenilenerek güncel belgenin düzenlenmesi hususunda gereğini arz ederiz.</w:t>
      </w:r>
    </w:p>
    <w:p>
      <w:pPr>
        <w:spacing w:after="0" w:before="0" w:line="240" w:lineRule="auto"/>
      </w:pPr>
    </w:p>
    <w:p>
      <w:pPr>
        <w:spacing w:after="0" w:before="0" w:line="240" w:lineRule="auto"/>
        <w:jc w:val="left"/>
      </w:pPr>
      <w:r>
        <w:rPr>
          <w:sz w:val="22"/>
        </w:rPr>
        <w:t>..............., .... / .... / 20....</w:t>
      </w:r>
    </w:p>
    <w:p>
      <w:pPr>
        <w:spacing w:after="0" w:before="0" w:line="240" w:lineRule="auto"/>
      </w:pPr>
    </w:p>
    <w:p>
      <w:pPr>
        <w:spacing w:after="0" w:before="0" w:line="240" w:lineRule="auto"/>
        <w:jc w:val="left"/>
      </w:pPr>
      <w:r>
        <w:rPr>
          <w:sz w:val="22"/>
        </w:rPr>
        <w:t>[İşletme Yetkilisi]</w:t>
      </w:r>
    </w:p>
    <w:p>
      <w:pPr>
        <w:spacing w:after="0" w:before="0" w:line="240" w:lineRule="auto"/>
        <w:jc w:val="left"/>
      </w:pPr>
      <w:r>
        <w:rPr>
          <w:sz w:val="22"/>
        </w:rPr>
        <w:t>İşletme Ünvanı : ______</w:t>
      </w:r>
    </w:p>
    <w:p>
      <w:pPr>
        <w:spacing w:after="0" w:before="0" w:line="240" w:lineRule="auto"/>
        <w:jc w:val="left"/>
      </w:pPr>
      <w:r>
        <w:rPr>
          <w:sz w:val="22"/>
        </w:rPr>
        <w:t>Yetkili Adı Soyadı : ______</w:t>
      </w:r>
    </w:p>
    <w:p>
      <w:pPr>
        <w:spacing w:after="0" w:before="0" w:line="240" w:lineRule="auto"/>
        <w:jc w:val="left"/>
      </w:pPr>
      <w:r>
        <w:rPr>
          <w:sz w:val="22"/>
        </w:rPr>
        <w:t>T.C. Kimlik No / VKN : ______</w:t>
      </w:r>
    </w:p>
    <w:p>
      <w:pPr>
        <w:spacing w:after="0" w:before="0" w:line="240" w:lineRule="auto"/>
        <w:jc w:val="left"/>
      </w:pPr>
      <w:r>
        <w:rPr>
          <w:sz w:val="22"/>
        </w:rPr>
        <w:t>TMFB Belge No : ______</w:t>
      </w:r>
    </w:p>
    <w:p>
      <w:pPr>
        <w:spacing w:after="0" w:before="0" w:line="240" w:lineRule="auto"/>
        <w:jc w:val="left"/>
      </w:pPr>
      <w:r>
        <w:rPr>
          <w:sz w:val="22"/>
        </w:rPr>
        <w:t>İşyeri Adresi : ______</w:t>
      </w:r>
    </w:p>
    <w:p>
      <w:pPr>
        <w:spacing w:after="0" w:before="0" w:line="240" w:lineRule="auto"/>
        <w:jc w:val="left"/>
      </w:pPr>
      <w:r>
        <w:rPr>
          <w:sz w:val="22"/>
        </w:rPr>
        <w:t>Telefon : ______</w:t>
      </w:r>
    </w:p>
    <w:p>
      <w:pPr>
        <w:spacing w:after="0" w:before="0" w:line="240" w:lineRule="auto"/>
        <w:jc w:val="left"/>
      </w:pPr>
      <w:r>
        <w:rPr>
          <w:sz w:val="22"/>
        </w:rPr>
        <w:t>E-posta : ______</w:t>
      </w:r>
    </w:p>
    <w:p>
      <w:pPr>
        <w:spacing w:after="0" w:before="0" w:line="240" w:lineRule="auto"/>
        <w:jc w:val="left"/>
      </w:pPr>
      <w:r>
        <w:rPr>
          <w:sz w:val="22"/>
        </w:rPr>
        <w:t>Kaşe / İmza</w:t>
      </w:r>
    </w:p>
    <w:p>
      <w:pPr>
        <w:spacing w:after="0" w:before="0" w:line="240" w:lineRule="auto"/>
      </w:pPr>
    </w:p>
    <w:p>
      <w:pPr>
        <w:spacing w:after="0" w:before="0" w:line="240" w:lineRule="auto"/>
      </w:pPr>
    </w:p>
    <w:p>
      <w:pPr>
        <w:spacing w:after="0" w:before="0" w:line="240" w:lineRule="auto"/>
      </w:pPr>
    </w:p>
    <w:p>
      <w:pPr>
        <w:spacing w:after="0" w:before="0" w:line="240" w:lineRule="auto"/>
      </w:pPr>
    </w:p>
    <w:p>
      <w:pPr>
        <w:spacing w:after="0" w:before="0" w:line="240" w:lineRule="auto"/>
      </w:pPr>
    </w:p>
    <w:p>
      <w:pPr>
        <w:spacing w:after="0" w:before="0" w:line="240" w:lineRule="auto"/>
        <w:jc w:val="left"/>
      </w:pPr>
      <w:r>
        <w:rPr>
          <w:sz w:val="22"/>
        </w:rPr>
        <w:t>Ekler:</w:t>
      </w:r>
    </w:p>
    <w:p>
      <w:pPr>
        <w:spacing w:after="0" w:before="0" w:line="240" w:lineRule="auto"/>
        <w:jc w:val="left"/>
      </w:pPr>
      <w:r>
        <w:rPr>
          <w:sz w:val="22"/>
        </w:rPr>
        <w:t>1) TMFB başvuru/yenileme formu</w:t>
      </w:r>
    </w:p>
    <w:p>
      <w:pPr>
        <w:spacing w:after="0" w:before="0" w:line="240" w:lineRule="auto"/>
        <w:jc w:val="left"/>
      </w:pPr>
      <w:r>
        <w:rPr>
          <w:sz w:val="22"/>
        </w:rPr>
        <w:t>2) Tehlikeli Madde Faaliyet Tespit Raporu ve eki</w:t>
      </w:r>
    </w:p>
    <w:p>
      <w:pPr>
        <w:spacing w:after="0" w:before="0" w:line="240" w:lineRule="auto"/>
        <w:jc w:val="left"/>
      </w:pPr>
      <w:r>
        <w:rPr>
          <w:sz w:val="22"/>
        </w:rPr>
        <w:t>3) Ticaret/Sanayi Odası faaliyet belgesi veya ilgili oda kayıt belgesi</w:t>
      </w:r>
    </w:p>
    <w:p>
      <w:pPr>
        <w:spacing w:after="0" w:before="0" w:line="240" w:lineRule="auto"/>
        <w:jc w:val="left"/>
      </w:pPr>
      <w:r>
        <w:rPr>
          <w:sz w:val="22"/>
        </w:rPr>
        <w:t>4) (Varsa) İmza sirküleri / imza beyannamesi ve yetki belgesi</w:t>
      </w:r>
    </w:p>
    <w:p>
      <w:pPr>
        <w:spacing w:after="0" w:before="0" w:line="240" w:lineRule="auto"/>
        <w:jc w:val="left"/>
      </w:pPr>
      <w:r>
        <w:rPr>
          <w:sz w:val="22"/>
        </w:rPr>
        <w:t>5) Mevcut TMFB örneği ve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40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