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DejaVu Sans" w:hAnsi="DejaVu Sans"/>
          <w:sz w:val="21"/>
        </w:rPr>
        <w:t>................................................. İL/İLÇE</w:t>
      </w:r>
    </w:p>
    <w:p>
      <w:pPr>
        <w:spacing w:before="0" w:after="0" w:line="240" w:lineRule="auto"/>
        <w:jc w:val="center"/>
      </w:pPr>
      <w:r>
        <w:rPr>
          <w:rFonts w:ascii="DejaVu Sans" w:hAnsi="DejaVu Sans"/>
          <w:sz w:val="21"/>
        </w:rPr>
        <w:t>................................................. [İL/İLÇE] SULH HUKUK MAHKEMESİ HÂKİMLİĞİNE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center"/>
      </w:pPr>
      <w:r>
        <w:rPr>
          <w:rFonts w:ascii="DejaVu Sans" w:hAnsi="DejaVu Sans"/>
          <w:sz w:val="21"/>
        </w:rPr>
        <w:t>Konu: TMK m.432 kapsamında koruma amacıyla özgürlüğün kısıtlanması yönünden değerlendirme talebi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Hakkında başvuruda bulunduğum [Adı Soyadı], benim [yakınlık/ilişki] durumunda bulunduğum kişidir. Son dönemde [somut olayları, davranışları ve tarihleri kısaca açıklayınız] şeklinde gelişmeler yaşanmıştır.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Söz konusu olaylar nedeniyle ilgili kişinin kendisi ve/veya çevresi bakımından ciddi risk oluştuğunu ve kişisel korunmasının mevcut koşullarda başka şekilde yeterince sağlanamadığını düşünmekteyim. Başvuruma dayanak olabilecek bilgi ve belgeler ekte sunulmuştur.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Bu başvuru herhangi bir tıbbi tanı koyma amacı taşımamakta olup, ilgili kişinin durumunun uzman hekimlerce ve gerekli görülmesi hâlinde sağlık kurulu tarafından değerlendirilmesini talep etmekteyim.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4721 sayılı Türk Medeni Kanunu'nun 432 ve devamı maddeleri kapsamında gerekli incelemenin yapılmasını; koşulların mevcut olup olmadığının tespit edilmesi için gerektiğinde sağlık raporu ve diğer delillerin toplanmasını; yasal şartların oluştuğunun belirlenmesi hâlinde ilgili kişi hakkında uygun koruma tedbirine karar verilmesini arz ve talep ederim.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Gereğini arz ve talep ederim.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..............., .... / .... / 20....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[Başvuran]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Adı Soyadı : ______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T.C. Kimlik No : ______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Yakınlık/İlişki : ______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Hakkında Başvuru Yapılan Kişi : ______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Adres : ______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Telefon : ______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E-posta : ______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İmza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Ekler: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1) Kimlik fotokopisi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2) (Varsa) Sağlık raporu, epikriz, reçete veya tedavi kayıtları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3) (Varsa) Olay tutanağı, başvuru kaydı veya diğer destekleyici belgeler</w:t>
      </w:r>
    </w:p>
    <w:p>
      <w:pPr>
        <w:spacing w:before="0" w:after="0" w:line="240" w:lineRule="auto"/>
        <w:jc w:val="left"/>
      </w:pPr>
      <w:r>
        <w:rPr>
          <w:rFonts w:ascii="DejaVu Sans" w:hAnsi="DejaVu Sans"/>
          <w:sz w:val="21"/>
        </w:rPr>
        <w:t>4) (Varsa) Tanık isim ve iletişim bilgileri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