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rPr>
          <w:sz w:val="21"/>
        </w:rPr>
        <w:t>................................................. İL/İLÇE</w:t>
      </w:r>
    </w:p>
    <w:p>
      <w:pPr>
        <w:spacing w:before="0" w:after="0" w:line="240" w:lineRule="auto"/>
        <w:jc w:val="center"/>
      </w:pPr>
      <w:r>
        <w:rPr>
          <w:sz w:val="21"/>
        </w:rPr>
        <w:t>................................................. TASARRUF MEVDUATI SİGORTA FONU BAŞKANLIĞINA</w:t>
      </w:r>
    </w:p>
    <w:p>
      <w:pPr>
        <w:spacing w:before="0" w:after="0" w:line="240" w:lineRule="auto"/>
      </w:pPr>
      <w:r/>
    </w:p>
    <w:p>
      <w:pPr>
        <w:spacing w:before="0" w:after="0" w:line="240" w:lineRule="auto"/>
        <w:jc w:val="center"/>
      </w:pPr>
      <w:r>
        <w:rPr>
          <w:sz w:val="21"/>
        </w:rPr>
        <w:t>Konu: [Başvuru / bilgi / alacak / ödeme / inceleme talebi]</w:t>
      </w:r>
    </w:p>
    <w:p>
      <w:pPr>
        <w:spacing w:before="0" w:after="0" w:line="240" w:lineRule="auto"/>
      </w:pPr>
      <w:r/>
    </w:p>
    <w:p>
      <w:pPr>
        <w:spacing w:before="0" w:after="0" w:line="240" w:lineRule="auto"/>
        <w:jc w:val="left"/>
      </w:pPr>
      <w:r>
        <w:rPr>
          <w:sz w:val="21"/>
        </w:rPr>
        <w:t>Tasarruf Mevduatı Sigorta Fonu nezdinde değerlendirilmesini istediğim [banka/şirket/alacak/ödeme/başvuru] konusuna ilişkin olarak işbu dilekçeyi sunmaktayım.</w:t>
      </w:r>
    </w:p>
    <w:p>
      <w:pPr>
        <w:spacing w:before="0" w:after="0" w:line="240" w:lineRule="auto"/>
      </w:pPr>
      <w:r/>
    </w:p>
    <w:p>
      <w:pPr>
        <w:spacing w:before="0" w:after="0" w:line="240" w:lineRule="auto"/>
        <w:jc w:val="left"/>
      </w:pPr>
      <w:r>
        <w:rPr>
          <w:sz w:val="21"/>
        </w:rPr>
        <w:t>Başvuruma konu olay/işlem [..../..../20....] tarihinde gerçekleşmiş olup, konuya ilişkin açıklamam şöyledir: [olayın veya talebin kısa ve açık açıklamasını yazınız].</w:t>
      </w:r>
    </w:p>
    <w:p>
      <w:pPr>
        <w:spacing w:before="0" w:after="0" w:line="240" w:lineRule="auto"/>
      </w:pPr>
      <w:r/>
    </w:p>
    <w:p>
      <w:pPr>
        <w:spacing w:before="0" w:after="0" w:line="240" w:lineRule="auto"/>
        <w:jc w:val="left"/>
      </w:pPr>
      <w:r>
        <w:rPr>
          <w:sz w:val="21"/>
        </w:rPr>
        <w:t>Konuya ilişkin varsa başvuru numarası, hesap/alacak bilgileri, yazışmalar ve diğer destekleyici belgeler ekte sunulmuştur.</w:t>
      </w:r>
    </w:p>
    <w:p>
      <w:pPr>
        <w:spacing w:before="0" w:after="0" w:line="240" w:lineRule="auto"/>
      </w:pPr>
      <w:r/>
    </w:p>
    <w:p>
      <w:pPr>
        <w:spacing w:before="0" w:after="0" w:line="240" w:lineRule="auto"/>
        <w:jc w:val="left"/>
      </w:pPr>
      <w:r>
        <w:rPr>
          <w:sz w:val="21"/>
        </w:rPr>
        <w:t>Yukarıda açıkladığım hususların incelenmesini, başvurum kapsamında gerekli işlemlerin yapılmasını ve sonuç hakkında tarafıma yazılı olarak bilgi verilmesini arz ederim.</w:t>
      </w:r>
    </w:p>
    <w:p>
      <w:pPr>
        <w:spacing w:before="0" w:after="0" w:line="240" w:lineRule="auto"/>
      </w:pPr>
      <w:r/>
    </w:p>
    <w:p>
      <w:pPr>
        <w:spacing w:before="0" w:after="0" w:line="240" w:lineRule="auto"/>
        <w:jc w:val="left"/>
      </w:pPr>
      <w:r>
        <w:rPr>
          <w:sz w:val="21"/>
        </w:rPr>
        <w:t>Gereğini arz ederim.</w:t>
      </w:r>
    </w:p>
    <w:p>
      <w:pPr>
        <w:spacing w:before="0" w:after="0" w:line="240" w:lineRule="auto"/>
      </w:pPr>
      <w:r/>
    </w:p>
    <w:p>
      <w:pPr>
        <w:spacing w:before="0" w:after="0" w:line="240" w:lineRule="auto"/>
        <w:jc w:val="left"/>
      </w:pPr>
      <w:r>
        <w:rPr>
          <w:sz w:val="21"/>
        </w:rPr>
        <w:t>..............., .... / .... / 20....</w:t>
      </w:r>
    </w:p>
    <w:p>
      <w:pPr>
        <w:spacing w:before="0" w:after="0" w:line="240" w:lineRule="auto"/>
      </w:pPr>
      <w:r/>
    </w:p>
    <w:p>
      <w:pPr>
        <w:spacing w:before="0" w:after="0" w:line="240" w:lineRule="auto"/>
        <w:jc w:val="left"/>
      </w:pPr>
      <w:r>
        <w:rPr>
          <w:sz w:val="21"/>
        </w:rPr>
        <w:t>[Başvuran]</w:t>
      </w:r>
    </w:p>
    <w:p>
      <w:pPr>
        <w:spacing w:before="0" w:after="0" w:line="240" w:lineRule="auto"/>
        <w:jc w:val="left"/>
      </w:pPr>
      <w:r>
        <w:rPr>
          <w:sz w:val="21"/>
        </w:rPr>
        <w:t>Adı Soyadı : ______</w:t>
      </w:r>
    </w:p>
    <w:p>
      <w:pPr>
        <w:spacing w:before="0" w:after="0" w:line="240" w:lineRule="auto"/>
        <w:jc w:val="left"/>
      </w:pPr>
      <w:r>
        <w:rPr>
          <w:sz w:val="21"/>
        </w:rPr>
        <w:t>T.C. Kimlik No / VKN : ______</w:t>
      </w:r>
    </w:p>
    <w:p>
      <w:pPr>
        <w:spacing w:before="0" w:after="0" w:line="240" w:lineRule="auto"/>
        <w:jc w:val="left"/>
      </w:pPr>
      <w:r>
        <w:rPr>
          <w:sz w:val="21"/>
        </w:rPr>
        <w:t>Başvuru/Dosya No (varsa) : ______</w:t>
      </w:r>
    </w:p>
    <w:p>
      <w:pPr>
        <w:spacing w:before="0" w:after="0" w:line="240" w:lineRule="auto"/>
        <w:jc w:val="left"/>
      </w:pPr>
      <w:r>
        <w:rPr>
          <w:sz w:val="21"/>
        </w:rPr>
        <w:t>Adres : ______</w:t>
      </w:r>
    </w:p>
    <w:p>
      <w:pPr>
        <w:spacing w:before="0" w:after="0" w:line="240" w:lineRule="auto"/>
        <w:jc w:val="left"/>
      </w:pPr>
      <w:r>
        <w:rPr>
          <w:sz w:val="21"/>
        </w:rPr>
        <w:t>Telefon : ______</w:t>
      </w:r>
    </w:p>
    <w:p>
      <w:pPr>
        <w:spacing w:before="0" w:after="0" w:line="240" w:lineRule="auto"/>
        <w:jc w:val="left"/>
      </w:pPr>
      <w:r>
        <w:rPr>
          <w:sz w:val="21"/>
        </w:rPr>
        <w:t>E-posta : ______</w:t>
      </w:r>
    </w:p>
    <w:p>
      <w:pPr>
        <w:spacing w:before="0" w:after="0" w:line="240" w:lineRule="auto"/>
        <w:jc w:val="left"/>
      </w:pPr>
      <w:r>
        <w:rPr>
          <w:sz w:val="21"/>
        </w:rPr>
        <w:t>İmza</w:t>
      </w:r>
    </w:p>
    <w:p>
      <w:pPr>
        <w:spacing w:before="0" w:after="0" w:line="240" w:lineRule="auto"/>
      </w:pPr>
      <w:r/>
    </w:p>
    <w:p>
      <w:pPr>
        <w:spacing w:before="0" w:after="0" w:line="240" w:lineRule="auto"/>
      </w:pPr>
      <w:r/>
    </w:p>
    <w:p>
      <w:pPr>
        <w:spacing w:before="0" w:after="0" w:line="240" w:lineRule="auto"/>
      </w:pPr>
      <w:r/>
    </w:p>
    <w:p>
      <w:pPr>
        <w:spacing w:before="0" w:after="0" w:line="240" w:lineRule="auto"/>
      </w:pPr>
      <w:r/>
    </w:p>
    <w:p>
      <w:pPr>
        <w:spacing w:before="0" w:after="0" w:line="240" w:lineRule="auto"/>
      </w:pPr>
      <w:r/>
    </w:p>
    <w:p>
      <w:pPr>
        <w:spacing w:before="0" w:after="0" w:line="240" w:lineRule="auto"/>
        <w:jc w:val="left"/>
      </w:pPr>
      <w:r>
        <w:rPr>
          <w:sz w:val="21"/>
        </w:rPr>
        <w:t>Ekler:</w:t>
      </w:r>
    </w:p>
    <w:p>
      <w:pPr>
        <w:spacing w:before="0" w:after="0" w:line="240" w:lineRule="auto"/>
        <w:jc w:val="left"/>
      </w:pPr>
      <w:r>
        <w:rPr>
          <w:sz w:val="21"/>
        </w:rPr>
        <w:t>1) Kimlik fotokopisi</w:t>
      </w:r>
    </w:p>
    <w:p>
      <w:pPr>
        <w:spacing w:before="0" w:after="0" w:line="240" w:lineRule="auto"/>
        <w:jc w:val="left"/>
      </w:pPr>
      <w:r>
        <w:rPr>
          <w:sz w:val="21"/>
        </w:rPr>
        <w:t>2) (Varsa) Başvuru/dosya numarasını gösteren belge</w:t>
      </w:r>
    </w:p>
    <w:p>
      <w:pPr>
        <w:spacing w:before="0" w:after="0" w:line="240" w:lineRule="auto"/>
        <w:jc w:val="left"/>
      </w:pPr>
      <w:r>
        <w:rPr>
          <w:sz w:val="21"/>
        </w:rPr>
        <w:t>3) (Varsa) Hesap, alacak veya ödeme bilgilerini gösteren belge/dekont</w:t>
      </w:r>
    </w:p>
    <w:p>
      <w:pPr>
        <w:spacing w:before="0" w:after="0" w:line="240" w:lineRule="auto"/>
        <w:jc w:val="left"/>
      </w:pPr>
      <w:r>
        <w:rPr>
          <w:sz w:val="21"/>
        </w:rPr>
        <w:t>4) (Varsa) Yazışmalar ve diğer destekleyici belgeler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</w:pPr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