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0" w:line="240" w:lineRule="auto"/>
        <w:jc w:val="center"/>
      </w:pPr>
      <w:r>
        <w:rPr>
          <w:rFonts w:ascii="Calibri" w:hAnsi="Calibri"/>
          <w:sz w:val="22"/>
        </w:rPr>
        <w:t>................................................. İL/İLÇE</w:t>
      </w:r>
    </w:p>
    <w:p>
      <w:pPr>
        <w:spacing w:after="0" w:line="240" w:lineRule="auto"/>
        <w:jc w:val="center"/>
      </w:pPr>
      <w:r>
        <w:rPr>
          <w:rFonts w:ascii="Calibri" w:hAnsi="Calibri"/>
          <w:sz w:val="22"/>
        </w:rPr>
        <w:t>................................................. TÜRK STANDARDLARI ENSTİTÜSÜ BAŞKANLIĞINA</w:t>
      </w:r>
    </w:p>
    <w:p>
      <w:pPr>
        <w:spacing w:after="0" w:line="240" w:lineRule="auto"/>
        <w:jc w:val="left"/>
      </w:pPr>
    </w:p>
    <w:p>
      <w:pPr>
        <w:spacing w:after="0" w:line="240" w:lineRule="auto"/>
        <w:jc w:val="center"/>
      </w:pPr>
      <w:r>
        <w:rPr>
          <w:rFonts w:ascii="Calibri" w:hAnsi="Calibri"/>
          <w:sz w:val="22"/>
        </w:rPr>
        <w:t>Konu: [Belgelendirme / inceleme / başvuru / bilgi talebi]</w:t>
      </w:r>
    </w:p>
    <w:p>
      <w:pPr>
        <w:spacing w:after="0" w:line="240" w:lineRule="auto"/>
        <w:jc w:val="left"/>
      </w:pPr>
    </w:p>
    <w:p>
      <w:pPr>
        <w:spacing w:after="0" w:line="240" w:lineRule="auto"/>
        <w:jc w:val="left"/>
      </w:pPr>
      <w:r>
        <w:rPr>
          <w:rFonts w:ascii="Calibri" w:hAnsi="Calibri"/>
          <w:sz w:val="22"/>
        </w:rPr>
        <w:t>Türk Standardları Enstitüsü nezdinde değerlendirilmesini istediğim [ürün/hizmet/belgelendirme/standart/inceleme] konusuna ilişkin olarak başvuruda bulunuyorum.</w:t>
      </w:r>
    </w:p>
    <w:p>
      <w:pPr>
        <w:spacing w:after="0" w:line="240" w:lineRule="auto"/>
        <w:jc w:val="left"/>
      </w:pPr>
    </w:p>
    <w:p>
      <w:pPr>
        <w:spacing w:after="0" w:line="240" w:lineRule="auto"/>
        <w:jc w:val="left"/>
      </w:pPr>
      <w:r>
        <w:rPr>
          <w:rFonts w:ascii="Calibri" w:hAnsi="Calibri"/>
          <w:sz w:val="22"/>
        </w:rPr>
        <w:t>Başvuruma konu husus [ürün, hizmet, firma, belge veya işlemin kısa açıklaması] olup, konuya ilişkin mevcut bilgiler ve destekleyici belgeler dilekçe ekinde sunulmuştur.</w:t>
      </w:r>
    </w:p>
    <w:p>
      <w:pPr>
        <w:spacing w:after="0" w:line="240" w:lineRule="auto"/>
        <w:jc w:val="left"/>
      </w:pPr>
    </w:p>
    <w:p>
      <w:pPr>
        <w:spacing w:after="0" w:line="240" w:lineRule="auto"/>
        <w:jc w:val="left"/>
      </w:pPr>
      <w:r>
        <w:rPr>
          <w:rFonts w:ascii="Calibri" w:hAnsi="Calibri"/>
          <w:sz w:val="22"/>
        </w:rPr>
        <w:t>Konu hakkında gerekli incelemenin yapılmasını, varsa eksiklik veya uygunsuzlukların değerlendirilmesini ve başvurum kapsamında yapılabilecek işlemler hakkında tarafıma bilgi verilmesini arz ederim.</w:t>
      </w:r>
    </w:p>
    <w:p>
      <w:pPr>
        <w:spacing w:after="0" w:line="240" w:lineRule="auto"/>
        <w:jc w:val="left"/>
      </w:pPr>
    </w:p>
    <w:p>
      <w:pPr>
        <w:spacing w:after="0" w:line="240" w:lineRule="auto"/>
        <w:jc w:val="left"/>
      </w:pPr>
      <w:r>
        <w:rPr>
          <w:rFonts w:ascii="Calibri" w:hAnsi="Calibri"/>
          <w:sz w:val="22"/>
        </w:rPr>
        <w:t>Gereğini arz ederim.</w:t>
      </w:r>
    </w:p>
    <w:p>
      <w:pPr>
        <w:spacing w:after="0" w:line="240" w:lineRule="auto"/>
        <w:jc w:val="left"/>
      </w:pPr>
    </w:p>
    <w:p>
      <w:pPr>
        <w:spacing w:after="0" w:line="240" w:lineRule="auto"/>
        <w:jc w:val="left"/>
      </w:pPr>
      <w:r>
        <w:rPr>
          <w:rFonts w:ascii="Calibri" w:hAnsi="Calibri"/>
          <w:sz w:val="22"/>
        </w:rPr>
        <w:t>..............., .... / .... / 20....</w:t>
      </w:r>
    </w:p>
    <w:p>
      <w:pPr>
        <w:spacing w:after="0" w:line="240" w:lineRule="auto"/>
        <w:jc w:val="left"/>
      </w:pPr>
    </w:p>
    <w:p>
      <w:pPr>
        <w:spacing w:after="0" w:line="240" w:lineRule="auto"/>
        <w:jc w:val="left"/>
      </w:pPr>
      <w:r>
        <w:rPr>
          <w:rFonts w:ascii="Calibri" w:hAnsi="Calibri"/>
          <w:sz w:val="22"/>
        </w:rPr>
        <w:t>[Başvuran / Firma Yetkilisi]</w:t>
      </w:r>
    </w:p>
    <w:p>
      <w:pPr>
        <w:spacing w:after="0" w:line="240" w:lineRule="auto"/>
        <w:jc w:val="left"/>
      </w:pPr>
      <w:r>
        <w:rPr>
          <w:rFonts w:ascii="Calibri" w:hAnsi="Calibri"/>
          <w:sz w:val="22"/>
        </w:rPr>
        <w:t>Adı Soyadı / Ünvan : ______</w:t>
      </w:r>
    </w:p>
    <w:p>
      <w:pPr>
        <w:spacing w:after="0" w:line="240" w:lineRule="auto"/>
        <w:jc w:val="left"/>
      </w:pPr>
      <w:r>
        <w:rPr>
          <w:rFonts w:ascii="Calibri" w:hAnsi="Calibri"/>
          <w:sz w:val="22"/>
        </w:rPr>
        <w:t>T.C. Kimlik No / VKN : ______</w:t>
      </w:r>
    </w:p>
    <w:p>
      <w:pPr>
        <w:spacing w:after="0" w:line="240" w:lineRule="auto"/>
        <w:jc w:val="left"/>
      </w:pPr>
      <w:r>
        <w:rPr>
          <w:rFonts w:ascii="Calibri" w:hAnsi="Calibri"/>
          <w:sz w:val="22"/>
        </w:rPr>
        <w:t>Firma Adı (varsa) : ______</w:t>
      </w:r>
    </w:p>
    <w:p>
      <w:pPr>
        <w:spacing w:after="0" w:line="240" w:lineRule="auto"/>
        <w:jc w:val="left"/>
      </w:pPr>
      <w:r>
        <w:rPr>
          <w:rFonts w:ascii="Calibri" w:hAnsi="Calibri"/>
          <w:sz w:val="22"/>
        </w:rPr>
        <w:t>Başvuru / Belge No (varsa) : ______</w:t>
      </w:r>
    </w:p>
    <w:p>
      <w:pPr>
        <w:spacing w:after="0" w:line="240" w:lineRule="auto"/>
        <w:jc w:val="left"/>
      </w:pPr>
      <w:r>
        <w:rPr>
          <w:rFonts w:ascii="Calibri" w:hAnsi="Calibri"/>
          <w:sz w:val="22"/>
        </w:rPr>
        <w:t>Adres : ______</w:t>
      </w:r>
    </w:p>
    <w:p>
      <w:pPr>
        <w:spacing w:after="0" w:line="240" w:lineRule="auto"/>
        <w:jc w:val="left"/>
      </w:pPr>
      <w:r>
        <w:rPr>
          <w:rFonts w:ascii="Calibri" w:hAnsi="Calibri"/>
          <w:sz w:val="22"/>
        </w:rPr>
        <w:t>Telefon : ______</w:t>
      </w:r>
    </w:p>
    <w:p>
      <w:pPr>
        <w:spacing w:after="0" w:line="240" w:lineRule="auto"/>
        <w:jc w:val="left"/>
      </w:pPr>
      <w:r>
        <w:rPr>
          <w:rFonts w:ascii="Calibri" w:hAnsi="Calibri"/>
          <w:sz w:val="22"/>
        </w:rPr>
        <w:t>E-posta : ______</w:t>
      </w:r>
    </w:p>
    <w:p>
      <w:pPr>
        <w:spacing w:after="0" w:line="240" w:lineRule="auto"/>
        <w:jc w:val="left"/>
      </w:pPr>
      <w:r>
        <w:rPr>
          <w:rFonts w:ascii="Calibri" w:hAnsi="Calibri"/>
          <w:sz w:val="22"/>
        </w:rPr>
        <w:t>Kaşe / İmza</w:t>
      </w:r>
    </w:p>
    <w:p>
      <w:pPr>
        <w:spacing w:after="0" w:line="240" w:lineRule="auto"/>
        <w:jc w:val="left"/>
      </w:pPr>
    </w:p>
    <w:p>
      <w:pPr>
        <w:spacing w:after="0" w:line="240" w:lineRule="auto"/>
        <w:jc w:val="left"/>
      </w:pPr>
    </w:p>
    <w:p>
      <w:pPr>
        <w:spacing w:after="0" w:line="240" w:lineRule="auto"/>
        <w:jc w:val="left"/>
      </w:pPr>
    </w:p>
    <w:p>
      <w:pPr>
        <w:spacing w:after="0" w:line="240" w:lineRule="auto"/>
        <w:jc w:val="left"/>
      </w:pPr>
    </w:p>
    <w:p>
      <w:pPr>
        <w:spacing w:after="0" w:line="240" w:lineRule="auto"/>
        <w:jc w:val="left"/>
      </w:pPr>
    </w:p>
    <w:p>
      <w:pPr>
        <w:spacing w:after="0" w:line="240" w:lineRule="auto"/>
        <w:jc w:val="left"/>
      </w:pPr>
      <w:r>
        <w:rPr>
          <w:rFonts w:ascii="Calibri" w:hAnsi="Calibri"/>
          <w:sz w:val="22"/>
        </w:rPr>
        <w:t>Ekler:</w:t>
      </w:r>
    </w:p>
    <w:p>
      <w:pPr>
        <w:spacing w:after="0" w:line="240" w:lineRule="auto"/>
        <w:jc w:val="left"/>
      </w:pPr>
      <w:r>
        <w:rPr>
          <w:rFonts w:ascii="Calibri" w:hAnsi="Calibri"/>
          <w:sz w:val="22"/>
        </w:rPr>
        <w:t>1) Kimlik fotokopisi / firma yetki belgesi (varsa)</w:t>
      </w:r>
    </w:p>
    <w:p>
      <w:pPr>
        <w:spacing w:after="0" w:line="240" w:lineRule="auto"/>
        <w:jc w:val="left"/>
      </w:pPr>
      <w:r>
        <w:rPr>
          <w:rFonts w:ascii="Calibri" w:hAnsi="Calibri"/>
          <w:sz w:val="22"/>
        </w:rPr>
        <w:t>2) (Varsa) TSE başvuru veya belge numarasını gösteren evrak</w:t>
      </w:r>
    </w:p>
    <w:p>
      <w:pPr>
        <w:spacing w:after="0" w:line="240" w:lineRule="auto"/>
        <w:jc w:val="left"/>
      </w:pPr>
      <w:r>
        <w:rPr>
          <w:rFonts w:ascii="Calibri" w:hAnsi="Calibri"/>
          <w:sz w:val="22"/>
        </w:rPr>
        <w:t>3) (Varsa) Ürün, hizmet veya inceleme konusuna ilişkin belge/fotoğraf</w:t>
      </w:r>
    </w:p>
    <w:p>
      <w:pPr>
        <w:spacing w:after="0" w:line="240" w:lineRule="auto"/>
        <w:jc w:val="left"/>
      </w:pPr>
      <w:r>
        <w:rPr>
          <w:rFonts w:ascii="Calibri" w:hAnsi="Calibri"/>
          <w:sz w:val="22"/>
        </w:rPr>
        <w:t>4) (Varsa) Yazışmalar, raporlar ve diğer destekleyici belgeler</w:t>
      </w:r>
    </w:p>
    <w:sectPr w:rsidR="00FC693F" w:rsidRPr="0006063C" w:rsidSect="00034616">
      <w:pgSz w:w="12240" w:h="15840"/>
      <w:pgMar w:top="1701" w:right="1134" w:bottom="141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