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0" w:line="240" w:lineRule="auto"/>
        <w:jc w:val="center"/>
      </w:pPr>
      <w:r>
        <w:rPr>
          <w:rFonts w:ascii="DejaVu Sans" w:hAnsi="DejaVu Sans" w:eastAsia="DejaVu Sans"/>
          <w:sz w:val="22"/>
        </w:rPr>
        <w:t>................................................. İL/İLÇE</w:t>
      </w:r>
    </w:p>
    <w:p>
      <w:pPr>
        <w:spacing w:after="0" w:line="240" w:lineRule="auto"/>
        <w:jc w:val="center"/>
      </w:pPr>
      <w:r>
        <w:rPr>
          <w:rFonts w:ascii="DejaVu Sans" w:hAnsi="DejaVu Sans" w:eastAsia="DejaVu Sans"/>
          <w:sz w:val="22"/>
        </w:rPr>
        <w:t>................................................. TÜRK TELEKOM / TTNET ABONELİK İŞLEMLERİ BİRİMİNE</w:t>
      </w:r>
    </w:p>
    <w:p>
      <w:pPr>
        <w:spacing w:after="0" w:line="240" w:lineRule="auto"/>
        <w:jc w:val="left"/>
      </w:pPr>
    </w:p>
    <w:p>
      <w:pPr>
        <w:spacing w:after="0" w:line="240" w:lineRule="auto"/>
        <w:jc w:val="center"/>
      </w:pPr>
      <w:r>
        <w:rPr>
          <w:rFonts w:ascii="DejaVu Sans" w:hAnsi="DejaVu Sans" w:eastAsia="DejaVu Sans"/>
          <w:sz w:val="22"/>
        </w:rPr>
        <w:t>Konu: İnternet aboneliğinin iptali talebi</w:t>
      </w:r>
    </w:p>
    <w:p>
      <w:pPr>
        <w:spacing w:after="0" w:line="240" w:lineRule="auto"/>
        <w:jc w:val="left"/>
      </w:pPr>
    </w:p>
    <w:p>
      <w:pPr>
        <w:spacing w:after="0" w:line="240" w:lineRule="auto"/>
        <w:jc w:val="left"/>
      </w:pPr>
      <w:r>
        <w:rPr>
          <w:rFonts w:ascii="DejaVu Sans" w:hAnsi="DejaVu Sans" w:eastAsia="DejaVu Sans"/>
          <w:sz w:val="22"/>
        </w:rPr>
        <w:t>Adıma kayıtlı bulunan [Abone/Hizmet No] numaralı TTNET/Türk Telekom internet aboneliğimin, hizmetten artık yararlanmak istememem nedeniyle iptal edilmesini talep ediyorum.</w:t>
      </w:r>
    </w:p>
    <w:p>
      <w:pPr>
        <w:spacing w:after="0" w:line="240" w:lineRule="auto"/>
        <w:jc w:val="left"/>
      </w:pPr>
    </w:p>
    <w:p>
      <w:pPr>
        <w:spacing w:after="0" w:line="240" w:lineRule="auto"/>
        <w:jc w:val="left"/>
      </w:pPr>
      <w:r>
        <w:rPr>
          <w:rFonts w:ascii="DejaVu Sans" w:hAnsi="DejaVu Sans" w:eastAsia="DejaVu Sans"/>
          <w:sz w:val="22"/>
        </w:rPr>
        <w:t>Aboneliğimin iptal işlemlerinin başlatılmasını; varsa taahhüt, cayma bedeli, kalan borç veya diğer mali yükümlülükler hakkında tarafıma açık şekilde bilgi verilmesini rica ederim.</w:t>
      </w:r>
    </w:p>
    <w:p>
      <w:pPr>
        <w:spacing w:after="0" w:line="240" w:lineRule="auto"/>
        <w:jc w:val="left"/>
      </w:pPr>
    </w:p>
    <w:p>
      <w:pPr>
        <w:spacing w:after="0" w:line="240" w:lineRule="auto"/>
        <w:jc w:val="left"/>
      </w:pPr>
      <w:r>
        <w:rPr>
          <w:rFonts w:ascii="DejaVu Sans" w:hAnsi="DejaVu Sans" w:eastAsia="DejaVu Sans"/>
          <w:sz w:val="22"/>
        </w:rPr>
        <w:t>Tarafıma teslim edilmiş modem, adaptör veya diğer cihazların iadesi gerekiyorsa, iade işleminin yapılacağı yer ve süre konusunda bilgilendirme yapılmasını talep ederim.</w:t>
      </w:r>
    </w:p>
    <w:p>
      <w:pPr>
        <w:spacing w:after="0" w:line="240" w:lineRule="auto"/>
        <w:jc w:val="left"/>
      </w:pPr>
    </w:p>
    <w:p>
      <w:pPr>
        <w:spacing w:after="0" w:line="240" w:lineRule="auto"/>
        <w:jc w:val="left"/>
      </w:pPr>
      <w:r>
        <w:rPr>
          <w:rFonts w:ascii="DejaVu Sans" w:hAnsi="DejaVu Sans" w:eastAsia="DejaVu Sans"/>
          <w:sz w:val="22"/>
        </w:rPr>
        <w:t>İptal işlemi tamamlandıktan sonra aboneliğimin sona erdirildiğine ilişkin bilginin tarafıma SMS, e-posta veya yazılı olarak iletilmesini arz ederim.</w:t>
      </w:r>
    </w:p>
    <w:p>
      <w:pPr>
        <w:spacing w:after="0" w:line="240" w:lineRule="auto"/>
        <w:jc w:val="left"/>
      </w:pPr>
    </w:p>
    <w:p>
      <w:pPr>
        <w:spacing w:after="0" w:line="240" w:lineRule="auto"/>
        <w:jc w:val="left"/>
      </w:pPr>
      <w:r>
        <w:rPr>
          <w:rFonts w:ascii="DejaVu Sans" w:hAnsi="DejaVu Sans" w:eastAsia="DejaVu Sans"/>
          <w:sz w:val="22"/>
        </w:rPr>
        <w:t>Gereğini arz ederim.</w:t>
      </w:r>
    </w:p>
    <w:p>
      <w:pPr>
        <w:spacing w:after="0" w:line="240" w:lineRule="auto"/>
        <w:jc w:val="left"/>
      </w:pPr>
    </w:p>
    <w:p>
      <w:pPr>
        <w:spacing w:after="0" w:line="240" w:lineRule="auto"/>
        <w:jc w:val="left"/>
      </w:pPr>
      <w:r>
        <w:rPr>
          <w:rFonts w:ascii="DejaVu Sans" w:hAnsi="DejaVu Sans" w:eastAsia="DejaVu Sans"/>
          <w:sz w:val="22"/>
        </w:rPr>
        <w:t>..............., .... / .... / 20....</w:t>
      </w:r>
    </w:p>
    <w:p>
      <w:pPr>
        <w:spacing w:after="0" w:line="240" w:lineRule="auto"/>
        <w:jc w:val="left"/>
      </w:pPr>
    </w:p>
    <w:p>
      <w:pPr>
        <w:spacing w:after="0" w:line="240" w:lineRule="auto"/>
        <w:jc w:val="left"/>
      </w:pPr>
      <w:r>
        <w:rPr>
          <w:rFonts w:ascii="DejaVu Sans" w:hAnsi="DejaVu Sans" w:eastAsia="DejaVu Sans"/>
          <w:sz w:val="22"/>
        </w:rPr>
        <w:t>[Abone / Başvuran]</w:t>
      </w:r>
    </w:p>
    <w:p>
      <w:pPr>
        <w:spacing w:after="0" w:line="240" w:lineRule="auto"/>
        <w:jc w:val="left"/>
      </w:pPr>
      <w:r>
        <w:rPr>
          <w:rFonts w:ascii="DejaVu Sans" w:hAnsi="DejaVu Sans" w:eastAsia="DejaVu Sans"/>
          <w:sz w:val="22"/>
        </w:rPr>
        <w:t>Adı Soyadı : ______</w:t>
      </w:r>
    </w:p>
    <w:p>
      <w:pPr>
        <w:spacing w:after="0" w:line="240" w:lineRule="auto"/>
        <w:jc w:val="left"/>
      </w:pPr>
      <w:r>
        <w:rPr>
          <w:rFonts w:ascii="DejaVu Sans" w:hAnsi="DejaVu Sans" w:eastAsia="DejaVu Sans"/>
          <w:sz w:val="22"/>
        </w:rPr>
        <w:t>T.C. Kimlik No : ______</w:t>
      </w:r>
    </w:p>
    <w:p>
      <w:pPr>
        <w:spacing w:after="0" w:line="240" w:lineRule="auto"/>
        <w:jc w:val="left"/>
      </w:pPr>
      <w:r>
        <w:rPr>
          <w:rFonts w:ascii="DejaVu Sans" w:hAnsi="DejaVu Sans" w:eastAsia="DejaVu Sans"/>
          <w:sz w:val="22"/>
        </w:rPr>
        <w:t>Abone/Hizmet No : ______</w:t>
      </w:r>
    </w:p>
    <w:p>
      <w:pPr>
        <w:spacing w:after="0" w:line="240" w:lineRule="auto"/>
        <w:jc w:val="left"/>
      </w:pPr>
      <w:r>
        <w:rPr>
          <w:rFonts w:ascii="DejaVu Sans" w:hAnsi="DejaVu Sans" w:eastAsia="DejaVu Sans"/>
          <w:sz w:val="22"/>
        </w:rPr>
        <w:t>Sabit Telefon No (varsa) : ______</w:t>
      </w:r>
    </w:p>
    <w:p>
      <w:pPr>
        <w:spacing w:after="0" w:line="240" w:lineRule="auto"/>
        <w:jc w:val="left"/>
      </w:pPr>
      <w:r>
        <w:rPr>
          <w:rFonts w:ascii="DejaVu Sans" w:hAnsi="DejaVu Sans" w:eastAsia="DejaVu Sans"/>
          <w:sz w:val="22"/>
        </w:rPr>
        <w:t>Adres : ______</w:t>
      </w:r>
    </w:p>
    <w:p>
      <w:pPr>
        <w:spacing w:after="0" w:line="240" w:lineRule="auto"/>
        <w:jc w:val="left"/>
      </w:pPr>
      <w:r>
        <w:rPr>
          <w:rFonts w:ascii="DejaVu Sans" w:hAnsi="DejaVu Sans" w:eastAsia="DejaVu Sans"/>
          <w:sz w:val="22"/>
        </w:rPr>
        <w:t>Telefon : ______</w:t>
      </w:r>
    </w:p>
    <w:p>
      <w:pPr>
        <w:spacing w:after="0" w:line="240" w:lineRule="auto"/>
        <w:jc w:val="left"/>
      </w:pPr>
      <w:r>
        <w:rPr>
          <w:rFonts w:ascii="DejaVu Sans" w:hAnsi="DejaVu Sans" w:eastAsia="DejaVu Sans"/>
          <w:sz w:val="22"/>
        </w:rPr>
        <w:t>E-posta : ______</w:t>
      </w:r>
    </w:p>
    <w:p>
      <w:pPr>
        <w:spacing w:after="0" w:line="240" w:lineRule="auto"/>
        <w:jc w:val="left"/>
      </w:pPr>
      <w:r>
        <w:rPr>
          <w:rFonts w:ascii="DejaVu Sans" w:hAnsi="DejaVu Sans" w:eastAsia="DejaVu Sans"/>
          <w:sz w:val="22"/>
        </w:rPr>
        <w:t>İmza</w:t>
      </w:r>
    </w:p>
    <w:p>
      <w:pPr>
        <w:spacing w:after="0" w:line="240" w:lineRule="auto"/>
        <w:jc w:val="left"/>
      </w:pPr>
    </w:p>
    <w:p>
      <w:pPr>
        <w:spacing w:after="0" w:line="240" w:lineRule="auto"/>
        <w:jc w:val="left"/>
      </w:pPr>
    </w:p>
    <w:p>
      <w:pPr>
        <w:spacing w:after="0" w:line="240" w:lineRule="auto"/>
        <w:jc w:val="left"/>
      </w:pPr>
    </w:p>
    <w:p>
      <w:pPr>
        <w:spacing w:after="0" w:line="240" w:lineRule="auto"/>
        <w:jc w:val="left"/>
      </w:pPr>
    </w:p>
    <w:p>
      <w:pPr>
        <w:spacing w:after="0" w:line="240" w:lineRule="auto"/>
        <w:jc w:val="left"/>
      </w:pPr>
    </w:p>
    <w:p>
      <w:pPr>
        <w:spacing w:after="0" w:line="240" w:lineRule="auto"/>
        <w:jc w:val="left"/>
      </w:pPr>
      <w:r>
        <w:rPr>
          <w:rFonts w:ascii="DejaVu Sans" w:hAnsi="DejaVu Sans" w:eastAsia="DejaVu Sans"/>
          <w:sz w:val="22"/>
        </w:rPr>
        <w:t>Ekler:</w:t>
      </w:r>
    </w:p>
    <w:p>
      <w:pPr>
        <w:spacing w:after="0" w:line="240" w:lineRule="auto"/>
        <w:jc w:val="left"/>
      </w:pPr>
      <w:r>
        <w:rPr>
          <w:rFonts w:ascii="DejaVu Sans" w:hAnsi="DejaVu Sans" w:eastAsia="DejaVu Sans"/>
          <w:sz w:val="22"/>
        </w:rPr>
        <w:t>1) Kimlik fotokopisi</w:t>
      </w:r>
    </w:p>
    <w:p>
      <w:pPr>
        <w:spacing w:after="0" w:line="240" w:lineRule="auto"/>
        <w:jc w:val="left"/>
      </w:pPr>
      <w:r>
        <w:rPr>
          <w:rFonts w:ascii="DejaVu Sans" w:hAnsi="DejaVu Sans" w:eastAsia="DejaVu Sans"/>
          <w:sz w:val="22"/>
        </w:rPr>
        <w:t>2) (Varsa) Son dönem fatura veya abonelik bilgilerini gösteren belge</w:t>
      </w:r>
    </w:p>
    <w:p>
      <w:pPr>
        <w:spacing w:after="0" w:line="240" w:lineRule="auto"/>
        <w:jc w:val="left"/>
      </w:pPr>
      <w:r>
        <w:rPr>
          <w:rFonts w:ascii="DejaVu Sans" w:hAnsi="DejaVu Sans" w:eastAsia="DejaVu Sans"/>
          <w:sz w:val="22"/>
        </w:rPr>
        <w:t>3) (Varsa) Vekâletname / yetki belgesi</w:t>
      </w:r>
    </w:p>
    <w:sectPr w:rsidR="00FC693F" w:rsidRPr="0006063C" w:rsidSect="00034616">
      <w:pgSz w:w="12240" w:h="15840"/>
      <w:pgMar w:top="1701" w:right="1134" w:bottom="141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DejaVu Sans" w:hAnsi="DejaVu Sans" w:eastAsia="DejaVu Sans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