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................................................. İL/İLÇE</w:t>
      </w:r>
    </w:p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................................................. TURKCELL İLETİŞİM HİZMETLERİ A.Ş. MÜŞTERİ HİZMETLERİNE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Konu: Abonelik adres bilgilerinin güncellenmesi talebi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Adıma kayıtlı bulunan [GSM/Abone No] numaralı Turkcell aboneliğim kapsamında sisteminizde kayıtlı adres bilgilerimin değişmesi nedeniyle güncellenmesini talep ediyorum.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Mevcut kayıtlı adresim: [eski adresi yazınız].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Yeni adresim: [yeni açık adresi yazınız].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Abonelik, fatura ve iletişim kayıtlarımda yer alan adres bilgilerinin yukarıda belirttiğim yeni adres doğrultusunda güncellenmesini ve işlem sonucunun tarafıma bildirilmesini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Gereğini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..............., .... / .... / 20....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[Abone / Başvuran]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Adı Soyadı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T.C. Kimlik No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GSM / Abone No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Eski Adres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Yeni Adres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Telefon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E-posta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İmza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Ekler: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1) T.C. kimlik kartı fotokopisi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2) (Varsa) Yeni adresi gösteren ikametgâh/adres belgesi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3) (Varsa) Abonelik veya fatura bilgilerini gösteren belge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