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................................................. İL/İLÇE</w:t>
      </w:r>
    </w:p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TÜRK TELEKOM ................................................. MÜDÜRLÜĞÜNE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Konu: Adresime internet / fiber altyapısı kurulması veya mevcut altyapının iyileştirilmesi talebidir.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Başvuran: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Adı Soyadı : 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T.C. Kimlik No : 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Adres : 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Telefon / E-posta : .......................................................................................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Altyapı Talep Edilen Adres: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İl / İlçe : 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Mahalle : 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Cadde / Sokak : 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Bina No / Site Adı : 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Daire No (varsa) : ...........................................................................................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Açıklamalar: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1. Yukarıda belirtilen adreste ikamet etmekte / taşınmayı planlamakta / iş yeri faaliyeti yürütmekteyim.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2. Söz konusu adreste sabit internet hizmeti için yaptığım sorgulama ve başvurularda uygun altyapının bulunmadığı / mevcut altyapının yetersiz olduğu / boş port bulunmadığı bilgisi tarafıma iletilmiştir.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3. Günümüzde eğitim, çalışma, iletişim ve günlük işlemlerin önemli bir bölümü internet üzerinden yürütüldüğünden, belirtilen adreste yeterli ve kullanılabilir sabit internet altyapısına ihtiyaç bulunmaktadır.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4. Adresin ve çevresinin teknik açıdan incelenerek uygun olması hâlinde internet altyapısının kurulmasını, mevcut bakır altyapının kapasitesinin artırılmasını veya fiber altyapı imkânının değerlendirilmesini talep etmekteyim.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5. Başvurumun ilgili teknik birime yönlendirilmesini ve yapılacak inceleme sonucunda altyapı çalışmasının mümkün olup olmadığı konusunda tarafıma bilgi verilmesini rica ederim.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Sonuç ve Talep: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Yukarıda açıklanan nedenlerle, belirtilen adreste gerekli teknik incelemenin yapılmasını; sabit internet hizmeti sunulabilmesi için ihtiyaç duyulan altyapı / port / kapasite çalışmalarının değerlendirilmesini ve mümkün olması hâlinde gerekli altyapı çalışmasının gerçekleştirilmesini arz ederim.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Gereğini arz ederim.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..............., .... / .... / 20....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Başvuran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Adı Soyadı : 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T.C. Kimlik No : 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Adres : 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Telefon : 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E-posta : 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İmza :</w:t>
      </w:r>
    </w:p>
    <w:p>
      <w:pPr>
        <w:spacing w:line="259" w:lineRule="auto" w:after="40"/>
        <w:jc w:val="left"/>
      </w:pPr>
      <w:r/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Ekler: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1) Altyapı sorgulama sonucu / ekran görüntüsü (varsa)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2) Adresi gösteren belge veya abonelik / başvuru kaydı (varsa)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3) Bina / site yönetimi veya diğer kullanıcıların altyapı taleplerini gösteren belge (varsa)</w:t>
      </w:r>
    </w:p>
    <w:sectPr w:rsidR="00FC693F" w:rsidRPr="0006063C" w:rsidSect="00034616">
      <w:pgSz w:w="12240" w:h="15840"/>
      <w:pgMar w:top="1587" w:right="1134" w:bottom="124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