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T.C.</w:t>
      </w:r>
    </w:p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ULAŞTIRMA VE ALTYAPI BAKANLIĞINA</w:t>
      </w:r>
    </w:p>
    <w:p>
      <w:pPr>
        <w:spacing w:line="259" w:lineRule="auto" w:after="100"/>
        <w:jc w:val="center"/>
      </w:pPr>
      <w:r>
        <w:rPr>
          <w:rFonts w:ascii="Arial" w:hAnsi="Arial" w:eastAsia="Arial"/>
          <w:b w:val="0"/>
          <w:sz w:val="21"/>
        </w:rPr>
        <w:t>ANKARA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Konu: Başvuru / talep / şikâyet hakkında.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Başvuran: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Adı Soyadı : 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T.C. Kimlik No : 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Adres : 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Telefon / E-posta : .......................................................................................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Açıklamalar: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1. Bakanlığınızın görev ve yetki alanına giren ........................................................................................................................ konusu hakkında başvuruda bulunma ihtiyacı doğmuştur.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2. Başvuruma konu olay / işlem .... / .... / 20.... tarihinde gerçekleşmiş olup, konuya ilişkin açıklamalarım aşağıdaki gibidir: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3. Konunun çözüme kavuşturulması amacıyla daha önce ........................................................................................................................ birimine / kurumuna başvuruda bulundum. Başvurum sonucunda ........................................................................................................................ şeklinde işlem yapılmış / henüz sonuç alınamamıştır. (Varsa doldurunuz.)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4. Başvuruma ilişkin bilgi ve belgeler dilekçe ekinde sunulmuş olup, gerekli görülmesi hâlinde ek bilgi ve belge sunmaya hazırım.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5. Konunun görevli biriminizce incelenerek gerekli idari ve teknik değerlendirmenin yapılmasını ve işlem sonucu hakkında tarafıma bilgi verilmesini talep etmekteyim.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Talep: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Başvurumun incelenerek gerekli işlemin yapılması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İlgili kayıt / bilgi / işlemin düzeltilmesi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Yaşanan sorun veya mağduriyetin giderilmesi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Konu hakkında tarafıma yazılı bilgi verilmesi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Diğer: ................................................................................................................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Sonuç ve Talep: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Yukarıda açıkladığım hususlar doğrultusunda, başvurumun Bakanlığınızın ilgili birimi tarafından incelenmesini, görev alanınız kapsamında gerekli işlemlerin yapılmasını ve başvuru sonucu hakkında tarafıma bilgi verilmesini saygılarımla arz ederim.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Gereğini arz ederim.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..............., .... / .... / 20....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Başvuran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Adı Soyadı : 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T.C. Kimlik No : 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Adres : 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Telefon : 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E-posta : 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İmza :</w:t>
      </w:r>
    </w:p>
    <w:p>
      <w:pPr>
        <w:spacing w:line="259" w:lineRule="auto" w:after="40"/>
        <w:jc w:val="left"/>
      </w:pPr>
      <w:r/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Ekler: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1) Başvuruya konu işlem veya olaya ilişkin belge / kayıtlar (varsa)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2) Daha önce yapılan başvurular ve verilen cevaplar (varsa)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3) Fotoğraf, tutanak, sözleşme, makbuz veya diğer destekleyici belgeler (varsa)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4) Konuya ilişkin diğer belgeler (varsa)</w:t>
      </w:r>
    </w:p>
    <w:sectPr w:rsidR="00FC693F" w:rsidRPr="0006063C" w:rsidSect="00034616">
      <w:pgSz w:w="12240" w:h="15840"/>
      <w:pgMar w:top="1587" w:right="1134" w:bottom="124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