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80" w:before="0" w:line="252" w:lineRule="auto"/>
        <w:jc w:val="center"/>
      </w:pPr>
      <w:r>
        <w:rPr>
          <w:rFonts w:ascii="DejaVu Sans" w:hAnsi="DejaVu Sans" w:eastAsia="DejaVu Sans"/>
          <w:b/>
          <w:sz w:val="20"/>
        </w:rPr>
        <w:t>................................................. İL/İLÇE</w:t>
      </w:r>
    </w:p>
    <w:p>
      <w:pPr>
        <w:spacing w:after="80" w:before="0" w:line="252" w:lineRule="auto"/>
        <w:jc w:val="center"/>
      </w:pPr>
      <w:r>
        <w:rPr>
          <w:rFonts w:ascii="DejaVu Sans" w:hAnsi="DejaVu Sans" w:eastAsia="DejaVu Sans"/>
          <w:b/>
          <w:sz w:val="20"/>
        </w:rPr>
        <w:t>................................................. NÖBETÇİ AİLE MAHKEMESİ HÂKİMLİĞİNE</w:t>
      </w:r>
    </w:p>
    <w:p>
      <w:pPr>
        <w:spacing w:after="40" w:line="192" w:lineRule="auto"/>
      </w:pPr>
    </w:p>
    <w:p>
      <w:pPr>
        <w:spacing w:after="140" w:before="0" w:line="252" w:lineRule="auto"/>
        <w:jc w:val="center"/>
      </w:pPr>
      <w:r>
        <w:rPr>
          <w:rFonts w:ascii="DejaVu Sans" w:hAnsi="DejaVu Sans" w:eastAsia="DejaVu Sans"/>
          <w:b/>
          <w:sz w:val="20"/>
        </w:rPr>
        <w:t>Konu: 6284 sayılı Kanun kapsamında uzaklaştırma ve gerekli koruyucu/önleyici tedbirlerin uygulanması talebidir.</w:t>
      </w:r>
    </w:p>
    <w:p>
      <w:pPr>
        <w:spacing w:after="80" w:before="0" w:line="252" w:lineRule="auto"/>
        <w:jc w:val="left"/>
      </w:pPr>
      <w:r>
        <w:rPr>
          <w:rFonts w:ascii="DejaVu Sans" w:hAnsi="DejaVu Sans" w:eastAsia="DejaVu Sans"/>
          <w:b/>
          <w:sz w:val="20"/>
        </w:rPr>
        <w:t>Tedbir Talep Eden:</w:t>
      </w:r>
    </w:p>
    <w:p>
      <w:pPr>
        <w:spacing w:after="80" w:before="0" w:line="252" w:lineRule="auto"/>
        <w:jc w:val="left"/>
      </w:pPr>
      <w:r>
        <w:rPr>
          <w:rFonts w:ascii="DejaVu Sans" w:hAnsi="DejaVu Sans" w:eastAsia="DejaVu Sans"/>
          <w:b w:val="0"/>
          <w:sz w:val="20"/>
        </w:rPr>
        <w:t>Adı Soyadı : ........................................................</w:t>
      </w:r>
    </w:p>
    <w:p>
      <w:pPr>
        <w:spacing w:after="80" w:before="0" w:line="252" w:lineRule="auto"/>
        <w:jc w:val="left"/>
      </w:pPr>
      <w:r>
        <w:rPr>
          <w:rFonts w:ascii="DejaVu Sans" w:hAnsi="DejaVu Sans" w:eastAsia="DejaVu Sans"/>
          <w:b w:val="0"/>
          <w:sz w:val="20"/>
        </w:rPr>
        <w:t>T.C. Kimlik No : ....................................................</w:t>
      </w:r>
    </w:p>
    <w:p>
      <w:pPr>
        <w:spacing w:after="80" w:before="0" w:line="252" w:lineRule="auto"/>
        <w:jc w:val="left"/>
      </w:pPr>
      <w:r>
        <w:rPr>
          <w:rFonts w:ascii="DejaVu Sans" w:hAnsi="DejaVu Sans" w:eastAsia="DejaVu Sans"/>
          <w:b w:val="0"/>
          <w:sz w:val="20"/>
        </w:rPr>
        <w:t>Adres : ........................................................................................................</w:t>
      </w:r>
    </w:p>
    <w:p>
      <w:pPr>
        <w:spacing w:after="80" w:before="0" w:line="252" w:lineRule="auto"/>
        <w:jc w:val="left"/>
      </w:pPr>
      <w:r>
        <w:rPr>
          <w:rFonts w:ascii="DejaVu Sans" w:hAnsi="DejaVu Sans" w:eastAsia="DejaVu Sans"/>
          <w:b w:val="0"/>
          <w:sz w:val="20"/>
        </w:rPr>
        <w:t>Telefon / E-posta : .......................................................................................</w:t>
      </w:r>
    </w:p>
    <w:p>
      <w:pPr>
        <w:spacing w:after="40" w:line="192" w:lineRule="auto"/>
      </w:pPr>
    </w:p>
    <w:p>
      <w:pPr>
        <w:spacing w:after="80" w:before="0" w:line="252" w:lineRule="auto"/>
        <w:jc w:val="left"/>
      </w:pPr>
      <w:r>
        <w:rPr>
          <w:rFonts w:ascii="DejaVu Sans" w:hAnsi="DejaVu Sans" w:eastAsia="DejaVu Sans"/>
          <w:b/>
          <w:sz w:val="20"/>
        </w:rPr>
        <w:t>Hakkında Tedbir Talep Edilen:</w:t>
      </w:r>
    </w:p>
    <w:p>
      <w:pPr>
        <w:spacing w:after="80" w:before="0" w:line="252" w:lineRule="auto"/>
        <w:jc w:val="left"/>
      </w:pPr>
      <w:r>
        <w:rPr>
          <w:rFonts w:ascii="DejaVu Sans" w:hAnsi="DejaVu Sans" w:eastAsia="DejaVu Sans"/>
          <w:b w:val="0"/>
          <w:sz w:val="20"/>
        </w:rPr>
        <w:t>Adı Soyadı : ........................................................</w:t>
      </w:r>
    </w:p>
    <w:p>
      <w:pPr>
        <w:spacing w:after="80" w:before="0" w:line="252" w:lineRule="auto"/>
        <w:jc w:val="left"/>
      </w:pPr>
      <w:r>
        <w:rPr>
          <w:rFonts w:ascii="DejaVu Sans" w:hAnsi="DejaVu Sans" w:eastAsia="DejaVu Sans"/>
          <w:b w:val="0"/>
          <w:sz w:val="20"/>
        </w:rPr>
        <w:t>T.C. Kimlik No (biliniyorsa) : ........................................................</w:t>
      </w:r>
    </w:p>
    <w:p>
      <w:pPr>
        <w:spacing w:after="80" w:before="0" w:line="252" w:lineRule="auto"/>
        <w:jc w:val="left"/>
      </w:pPr>
      <w:r>
        <w:rPr>
          <w:rFonts w:ascii="DejaVu Sans" w:hAnsi="DejaVu Sans" w:eastAsia="DejaVu Sans"/>
          <w:b w:val="0"/>
          <w:sz w:val="20"/>
        </w:rPr>
        <w:t>Yakınlık / İlişki : .............................................................................................</w:t>
      </w:r>
    </w:p>
    <w:p>
      <w:pPr>
        <w:spacing w:after="80" w:before="0" w:line="252" w:lineRule="auto"/>
        <w:jc w:val="left"/>
      </w:pPr>
      <w:r>
        <w:rPr>
          <w:rFonts w:ascii="DejaVu Sans" w:hAnsi="DejaVu Sans" w:eastAsia="DejaVu Sans"/>
          <w:b w:val="0"/>
          <w:sz w:val="20"/>
        </w:rPr>
        <w:t>Adres (biliniyorsa) : .........................................................................................</w:t>
      </w:r>
    </w:p>
    <w:p>
      <w:pPr>
        <w:spacing w:after="40" w:line="192" w:lineRule="auto"/>
      </w:pPr>
    </w:p>
    <w:p>
      <w:pPr>
        <w:spacing w:after="80" w:before="0" w:line="252" w:lineRule="auto"/>
        <w:jc w:val="left"/>
      </w:pPr>
      <w:r>
        <w:rPr>
          <w:rFonts w:ascii="DejaVu Sans" w:hAnsi="DejaVu Sans" w:eastAsia="DejaVu Sans"/>
          <w:b/>
          <w:sz w:val="20"/>
        </w:rPr>
        <w:t>Açıklamalar:</w:t>
      </w:r>
    </w:p>
    <w:p>
      <w:pPr>
        <w:spacing w:after="80" w:before="0" w:line="252" w:lineRule="auto"/>
        <w:jc w:val="left"/>
      </w:pPr>
      <w:r>
        <w:rPr>
          <w:rFonts w:ascii="DejaVu Sans" w:hAnsi="DejaVu Sans" w:eastAsia="DejaVu Sans"/>
          <w:b w:val="0"/>
          <w:sz w:val="20"/>
        </w:rPr>
        <w:t>1. Hakkında tedbir talep ettiğim kişi ile aramızda ........................................................................................................................ şeklinde bir yakınlık / ilişki bulunmaktadır.</w:t>
      </w:r>
    </w:p>
    <w:p>
      <w:pPr>
        <w:spacing w:after="80" w:before="0" w:line="252" w:lineRule="auto"/>
        <w:jc w:val="left"/>
      </w:pPr>
      <w:r>
        <w:rPr>
          <w:rFonts w:ascii="DejaVu Sans" w:hAnsi="DejaVu Sans" w:eastAsia="DejaVu Sans"/>
          <w:b w:val="0"/>
          <w:sz w:val="20"/>
        </w:rPr>
        <w:t>2. Hakkında tedbir talep edilen kişi, .... / .... / 20.... tarihinde ........................................................................................................................ şeklinde fiziksel / sözlü / psikolojik / ekonomik şiddet, tehdit, hakaret, takip veya rahatsız edici davranışlarda bulunmuştur.</w:t>
      </w:r>
    </w:p>
    <w:p>
      <w:pPr>
        <w:spacing w:after="80" w:before="0" w:line="252" w:lineRule="auto"/>
        <w:jc w:val="left"/>
      </w:pPr>
      <w:r>
        <w:rPr>
          <w:rFonts w:ascii="DejaVu Sans" w:hAnsi="DejaVu Sans" w:eastAsia="DejaVu Sans"/>
          <w:b w:val="0"/>
          <w:sz w:val="20"/>
        </w:rPr>
        <w:t>3. Yaşanan olaylar nedeniyle kendimin ve varsa çocuklarımın / aile bireylerimin güvenliğinden endişe etmekteyim. Benzer davranışların tekrarlanması veya şiddetin artması yönünde ciddi kaygım bulunmaktadır.</w:t>
      </w:r>
    </w:p>
    <w:p>
      <w:pPr>
        <w:spacing w:after="80" w:before="0" w:line="252" w:lineRule="auto"/>
        <w:jc w:val="left"/>
      </w:pPr>
      <w:r>
        <w:rPr>
          <w:rFonts w:ascii="DejaVu Sans" w:hAnsi="DejaVu Sans" w:eastAsia="DejaVu Sans"/>
          <w:b w:val="0"/>
          <w:sz w:val="20"/>
        </w:rPr>
        <w:t>4. 6284 sayılı Ailenin Korunması ve Kadına Karşı Şiddetin Önlenmesine Dair Kanun kapsamında, şiddete uğrayan veya şiddete uğrama tehlikesi bulunan kişiler hakkında koruyucu; şiddet uygulayan hakkında ise önleyici tedbirler uygulanabilmektedir.</w:t>
      </w:r>
    </w:p>
    <w:p>
      <w:pPr>
        <w:spacing w:after="80" w:before="0" w:line="252" w:lineRule="auto"/>
        <w:jc w:val="left"/>
      </w:pPr>
      <w:r>
        <w:rPr>
          <w:rFonts w:ascii="DejaVu Sans" w:hAnsi="DejaVu Sans" w:eastAsia="DejaVu Sans"/>
          <w:b w:val="0"/>
          <w:sz w:val="20"/>
        </w:rPr>
        <w:t>5. Bu nedenle, durumumun ivedilikle değerlendirilerek aşağıda belirttiğim tedbirlerin ve mahkemenizce gerekli görülecek diğer koruyucu/önleyici tedbirlerin uygulanmasını talep etmekteyim.</w:t>
      </w:r>
    </w:p>
    <w:p>
      <w:pPr>
        <w:spacing w:after="40" w:line="192" w:lineRule="auto"/>
      </w:pPr>
    </w:p>
    <w:p>
      <w:pPr>
        <w:pageBreakBefore/>
        <w:spacing w:after="80" w:before="0" w:line="252" w:lineRule="auto"/>
        <w:jc w:val="left"/>
      </w:pPr>
      <w:r>
        <w:rPr>
          <w:rFonts w:ascii="DejaVu Sans" w:hAnsi="DejaVu Sans" w:eastAsia="DejaVu Sans"/>
          <w:b/>
          <w:sz w:val="20"/>
        </w:rPr>
        <w:t>Talep Edilen Tedbirler:</w:t>
      </w:r>
    </w:p>
    <w:p>
      <w:pPr>
        <w:spacing w:after="80" w:before="0" w:line="252" w:lineRule="auto"/>
        <w:jc w:val="left"/>
      </w:pPr>
      <w:r>
        <w:rPr>
          <w:rFonts w:ascii="DejaVu Sans" w:hAnsi="DejaVu Sans" w:eastAsia="DejaVu Sans"/>
          <w:b w:val="0"/>
          <w:sz w:val="20"/>
        </w:rPr>
        <w:t>( ) Hakkında tedbir talep edilen kişinin müşterek konuttan veya bulunduğu yerden derhâl uzaklaştırılması ve müşterek konutun tarafıma tahsis edilmesi</w:t>
      </w:r>
    </w:p>
    <w:p>
      <w:pPr>
        <w:spacing w:after="80" w:before="0" w:line="252" w:lineRule="auto"/>
        <w:jc w:val="left"/>
      </w:pPr>
      <w:r>
        <w:rPr>
          <w:rFonts w:ascii="DejaVu Sans" w:hAnsi="DejaVu Sans" w:eastAsia="DejaVu Sans"/>
          <w:b w:val="0"/>
          <w:sz w:val="20"/>
        </w:rPr>
        <w:t>( ) Bana, konutuma, iş yerime, okuluma ve varsa çocuklarımın bulunduğu yerlere yaklaşmaması</w:t>
      </w:r>
    </w:p>
    <w:p>
      <w:pPr>
        <w:spacing w:after="80" w:before="0" w:line="252" w:lineRule="auto"/>
        <w:jc w:val="left"/>
      </w:pPr>
      <w:r>
        <w:rPr>
          <w:rFonts w:ascii="DejaVu Sans" w:hAnsi="DejaVu Sans" w:eastAsia="DejaVu Sans"/>
          <w:b w:val="0"/>
          <w:sz w:val="20"/>
        </w:rPr>
        <w:t>( ) İletişim araçlarıyla veya sair surette beni rahatsız etmemesi / benimle iletişim kurmaması</w:t>
      </w:r>
    </w:p>
    <w:p>
      <w:pPr>
        <w:spacing w:after="80" w:before="0" w:line="252" w:lineRule="auto"/>
        <w:jc w:val="left"/>
      </w:pPr>
      <w:r>
        <w:rPr>
          <w:rFonts w:ascii="DejaVu Sans" w:hAnsi="DejaVu Sans" w:eastAsia="DejaVu Sans"/>
          <w:b w:val="0"/>
          <w:sz w:val="20"/>
        </w:rPr>
        <w:t>( ) Hakaret, aşağılama, tehdit veya şiddet içeren söz ve davranışlarda bulunmaması</w:t>
      </w:r>
    </w:p>
    <w:p>
      <w:pPr>
        <w:spacing w:after="80" w:before="0" w:line="252" w:lineRule="auto"/>
        <w:jc w:val="left"/>
      </w:pPr>
      <w:r>
        <w:rPr>
          <w:rFonts w:ascii="DejaVu Sans" w:hAnsi="DejaVu Sans" w:eastAsia="DejaVu Sans"/>
          <w:b w:val="0"/>
          <w:sz w:val="20"/>
        </w:rPr>
        <w:t>( ) Varsa silahlarını kolluğa teslim etmesi ve silah taşıma/bulundurma durumunun değerlendirilmesi</w:t>
      </w:r>
    </w:p>
    <w:p>
      <w:pPr>
        <w:spacing w:after="80" w:before="0" w:line="252" w:lineRule="auto"/>
        <w:jc w:val="left"/>
      </w:pPr>
      <w:r>
        <w:rPr>
          <w:rFonts w:ascii="DejaVu Sans" w:hAnsi="DejaVu Sans" w:eastAsia="DejaVu Sans"/>
          <w:b w:val="0"/>
          <w:sz w:val="20"/>
        </w:rPr>
        <w:t>( ) Gerekli görülmesi hâlinde kişisel bilgilerimin ve adres bilgilerimin gizli tutulması</w:t>
      </w:r>
    </w:p>
    <w:p>
      <w:pPr>
        <w:spacing w:after="80" w:before="0" w:line="252" w:lineRule="auto"/>
        <w:jc w:val="left"/>
      </w:pPr>
      <w:r>
        <w:rPr>
          <w:rFonts w:ascii="DejaVu Sans" w:hAnsi="DejaVu Sans" w:eastAsia="DejaVu Sans"/>
          <w:b w:val="0"/>
          <w:sz w:val="20"/>
        </w:rPr>
        <w:t>( ) Mahkemenizce gerekli görülecek diğer koruyucu ve önleyici tedbirlerin uygulanması</w:t>
      </w:r>
    </w:p>
    <w:p>
      <w:pPr>
        <w:spacing w:after="40" w:line="192" w:lineRule="auto"/>
      </w:pPr>
    </w:p>
    <w:p>
      <w:pPr>
        <w:spacing w:after="80" w:before="0" w:line="252" w:lineRule="auto"/>
        <w:jc w:val="left"/>
      </w:pPr>
      <w:r>
        <w:rPr>
          <w:rFonts w:ascii="DejaVu Sans" w:hAnsi="DejaVu Sans" w:eastAsia="DejaVu Sans"/>
          <w:b/>
          <w:sz w:val="20"/>
        </w:rPr>
        <w:t>Sonuç ve Talep:</w:t>
      </w:r>
    </w:p>
    <w:p>
      <w:pPr>
        <w:spacing w:after="80" w:before="0" w:line="252" w:lineRule="auto"/>
        <w:jc w:val="left"/>
      </w:pPr>
      <w:r>
        <w:rPr>
          <w:rFonts w:ascii="DejaVu Sans" w:hAnsi="DejaVu Sans" w:eastAsia="DejaVu Sans"/>
          <w:b w:val="0"/>
          <w:sz w:val="20"/>
        </w:rPr>
        <w:t>Yukarıda açıkladığım nedenlerle; can güvenliğimin ve huzurumun korunması amacıyla 6284 sayılı Kanun kapsamında hakkında tedbir talep edilen kişinin müşterek konuttan / bulunduğum yerden uzaklaştırılmasına, bana ve belirtilen yerlere yaklaşmamasına, iletişim yoluyla beni rahatsız etmemesine ve somut olayın özelliklerine göre gerekli görülecek diğer koruyucu ve önleyici tedbirlerin uygulanmasına karar verilmesini saygılarımla arz ve talep ederim.</w:t>
      </w:r>
    </w:p>
    <w:p>
      <w:pPr>
        <w:spacing w:after="40" w:line="192" w:lineRule="auto"/>
      </w:pPr>
    </w:p>
    <w:p>
      <w:pPr>
        <w:spacing w:after="80" w:before="0" w:line="252" w:lineRule="auto"/>
        <w:jc w:val="left"/>
      </w:pPr>
      <w:r>
        <w:rPr>
          <w:rFonts w:ascii="DejaVu Sans" w:hAnsi="DejaVu Sans" w:eastAsia="DejaVu Sans"/>
          <w:b w:val="0"/>
          <w:sz w:val="20"/>
        </w:rPr>
        <w:t>Gereğini arz ederim.</w:t>
      </w:r>
    </w:p>
    <w:p>
      <w:pPr>
        <w:spacing w:after="80" w:before="0" w:line="252" w:lineRule="auto"/>
        <w:jc w:val="left"/>
      </w:pPr>
      <w:r>
        <w:rPr>
          <w:rFonts w:ascii="DejaVu Sans" w:hAnsi="DejaVu Sans" w:eastAsia="DejaVu Sans"/>
          <w:b w:val="0"/>
          <w:sz w:val="20"/>
        </w:rPr>
        <w:t>..............., .... / .... / 20....</w:t>
      </w:r>
    </w:p>
    <w:p>
      <w:pPr>
        <w:spacing w:after="120" w:line="192" w:lineRule="auto"/>
      </w:pPr>
    </w:p>
    <w:p>
      <w:pPr>
        <w:spacing w:after="80" w:before="0" w:line="252" w:lineRule="auto"/>
        <w:jc w:val="left"/>
      </w:pPr>
      <w:r>
        <w:rPr>
          <w:rFonts w:ascii="DejaVu Sans" w:hAnsi="DejaVu Sans" w:eastAsia="DejaVu Sans"/>
          <w:b/>
          <w:sz w:val="20"/>
        </w:rPr>
        <w:t>Tedbir Talep Eden</w:t>
      </w:r>
    </w:p>
    <w:p>
      <w:pPr>
        <w:spacing w:after="80" w:before="0" w:line="252" w:lineRule="auto"/>
        <w:jc w:val="left"/>
      </w:pPr>
      <w:r>
        <w:rPr>
          <w:rFonts w:ascii="DejaVu Sans" w:hAnsi="DejaVu Sans" w:eastAsia="DejaVu Sans"/>
          <w:b w:val="0"/>
          <w:sz w:val="20"/>
        </w:rPr>
        <w:t>Adı Soyadı : ........................................................</w:t>
      </w:r>
    </w:p>
    <w:p>
      <w:pPr>
        <w:spacing w:after="80" w:before="0" w:line="252" w:lineRule="auto"/>
        <w:jc w:val="left"/>
      </w:pPr>
      <w:r>
        <w:rPr>
          <w:rFonts w:ascii="DejaVu Sans" w:hAnsi="DejaVu Sans" w:eastAsia="DejaVu Sans"/>
          <w:b w:val="0"/>
          <w:sz w:val="20"/>
        </w:rPr>
        <w:t>T.C. Kimlik No : ....................................................</w:t>
      </w:r>
    </w:p>
    <w:p>
      <w:pPr>
        <w:spacing w:after="80" w:before="0" w:line="252" w:lineRule="auto"/>
        <w:jc w:val="left"/>
      </w:pPr>
      <w:r>
        <w:rPr>
          <w:rFonts w:ascii="DejaVu Sans" w:hAnsi="DejaVu Sans" w:eastAsia="DejaVu Sans"/>
          <w:b w:val="0"/>
          <w:sz w:val="20"/>
        </w:rPr>
        <w:t>Adres : ........................................................................................................</w:t>
      </w:r>
    </w:p>
    <w:p>
      <w:pPr>
        <w:spacing w:after="80" w:before="0" w:line="252" w:lineRule="auto"/>
        <w:jc w:val="left"/>
      </w:pPr>
      <w:r>
        <w:rPr>
          <w:rFonts w:ascii="DejaVu Sans" w:hAnsi="DejaVu Sans" w:eastAsia="DejaVu Sans"/>
          <w:b w:val="0"/>
          <w:sz w:val="20"/>
        </w:rPr>
        <w:t>Telefon : ............................................................</w:t>
      </w:r>
    </w:p>
    <w:p>
      <w:pPr>
        <w:spacing w:after="80" w:before="0" w:line="252" w:lineRule="auto"/>
        <w:jc w:val="left"/>
      </w:pPr>
      <w:r>
        <w:rPr>
          <w:rFonts w:ascii="DejaVu Sans" w:hAnsi="DejaVu Sans" w:eastAsia="DejaVu Sans"/>
          <w:b w:val="0"/>
          <w:sz w:val="20"/>
        </w:rPr>
        <w:t>E-posta : ............................................................</w:t>
      </w:r>
    </w:p>
    <w:p>
      <w:pPr>
        <w:spacing w:after="80" w:before="0" w:line="252" w:lineRule="auto"/>
        <w:jc w:val="left"/>
      </w:pPr>
      <w:r>
        <w:rPr>
          <w:rFonts w:ascii="DejaVu Sans" w:hAnsi="DejaVu Sans" w:eastAsia="DejaVu Sans"/>
          <w:b w:val="0"/>
          <w:sz w:val="20"/>
        </w:rPr>
        <w:t>İmza :</w:t>
      </w:r>
    </w:p>
    <w:p>
      <w:pPr>
        <w:spacing w:after="360" w:line="192" w:lineRule="auto"/>
      </w:pPr>
    </w:p>
    <w:p>
      <w:pPr>
        <w:spacing w:after="80" w:before="0" w:line="252" w:lineRule="auto"/>
        <w:jc w:val="left"/>
      </w:pPr>
      <w:r>
        <w:rPr>
          <w:rFonts w:ascii="DejaVu Sans" w:hAnsi="DejaVu Sans" w:eastAsia="DejaVu Sans"/>
          <w:b/>
          <w:sz w:val="20"/>
        </w:rPr>
        <w:t>Ekler:</w:t>
      </w:r>
    </w:p>
    <w:p>
      <w:pPr>
        <w:spacing w:after="80" w:before="0" w:line="252" w:lineRule="auto"/>
        <w:jc w:val="left"/>
      </w:pPr>
      <w:r>
        <w:rPr>
          <w:rFonts w:ascii="DejaVu Sans" w:hAnsi="DejaVu Sans" w:eastAsia="DejaVu Sans"/>
          <w:b w:val="0"/>
          <w:sz w:val="20"/>
        </w:rPr>
        <w:t>1) Mesaj, e-posta, sosyal medya yazışması veya ekran görüntüleri (varsa)</w:t>
      </w:r>
    </w:p>
    <w:p>
      <w:pPr>
        <w:spacing w:after="80" w:before="0" w:line="252" w:lineRule="auto"/>
        <w:jc w:val="left"/>
      </w:pPr>
      <w:r>
        <w:rPr>
          <w:rFonts w:ascii="DejaVu Sans" w:hAnsi="DejaVu Sans" w:eastAsia="DejaVu Sans"/>
          <w:b w:val="0"/>
          <w:sz w:val="20"/>
        </w:rPr>
        <w:t>2) Sağlık / darp raporu veya diğer tıbbi belgeler (varsa)</w:t>
      </w:r>
    </w:p>
    <w:p>
      <w:pPr>
        <w:spacing w:after="80" w:before="0" w:line="252" w:lineRule="auto"/>
        <w:jc w:val="left"/>
      </w:pPr>
      <w:r>
        <w:rPr>
          <w:rFonts w:ascii="DejaVu Sans" w:hAnsi="DejaVu Sans" w:eastAsia="DejaVu Sans"/>
          <w:b w:val="0"/>
          <w:sz w:val="20"/>
        </w:rPr>
        <w:t>3) Fotoğraf, video, tutanak, önceki şikâyet veya tedbir kararı örnekleri (varsa)</w:t>
      </w:r>
    </w:p>
    <w:p>
      <w:pPr>
        <w:spacing w:after="80" w:before="0" w:line="252" w:lineRule="auto"/>
        <w:jc w:val="left"/>
      </w:pPr>
      <w:r>
        <w:rPr>
          <w:rFonts w:ascii="DejaVu Sans" w:hAnsi="DejaVu Sans" w:eastAsia="DejaVu Sans"/>
          <w:b w:val="0"/>
          <w:sz w:val="20"/>
        </w:rPr>
        <w:t>4) Diğer destekleyici belgeler (varsa)</w:t>
      </w:r>
    </w:p>
    <w:sectPr w:rsidR="00FC693F" w:rsidRPr="0006063C" w:rsidSect="00034616">
      <w:pgSz w:w="12240" w:h="15840"/>
      <w:pgMar w:top="1531" w:right="1134" w:bottom="124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DejaVu Sans" w:hAnsi="DejaVu Sans" w:eastAsia="DejaVu Sans"/>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