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 w:after="48"/>
        <w:jc w:val="center"/>
      </w:pPr>
      <w:r>
        <w:rPr>
          <w:rFonts w:ascii="Arial" w:hAnsi="Arial" w:eastAsia="Arial"/>
          <w:b/>
          <w:sz w:val="19"/>
        </w:rPr>
        <w:t>................................................. İL/İLÇE</w:t>
      </w:r>
    </w:p>
    <w:p>
      <w:pPr>
        <w:spacing w:line="240" w:lineRule="auto" w:after="48"/>
        <w:jc w:val="center"/>
      </w:pPr>
      <w:r>
        <w:rPr>
          <w:rFonts w:ascii="Arial" w:hAnsi="Arial" w:eastAsia="Arial"/>
          <w:b/>
          <w:sz w:val="19"/>
        </w:rPr>
        <w:t>................................................. ŞİRKETİ / İŞYERİ YETKİLİSİNE</w:t>
      </w:r>
    </w:p>
    <w:p>
      <w:pPr>
        <w:spacing w:line="240" w:lineRule="auto" w:after="20"/>
        <w:jc w:val="left"/>
      </w:pPr>
      <w:r/>
    </w:p>
    <w:p>
      <w:pPr>
        <w:spacing w:line="240" w:lineRule="auto" w:after="48"/>
        <w:jc w:val="center"/>
      </w:pPr>
      <w:r>
        <w:rPr>
          <w:rFonts w:ascii="Arial" w:hAnsi="Arial" w:eastAsia="Arial"/>
          <w:b/>
          <w:sz w:val="19"/>
        </w:rPr>
        <w:t>Konu: Ücretli izin kullanma talebidir.</w:t>
      </w:r>
    </w:p>
    <w:p>
      <w:pPr>
        <w:spacing w:line="240" w:lineRule="auto" w:after="20"/>
        <w:jc w:val="left"/>
      </w:pPr>
      <w:r/>
    </w:p>
    <w:p>
      <w:pPr>
        <w:spacing w:line="240" w:lineRule="auto" w:after="48"/>
        <w:jc w:val="left"/>
      </w:pPr>
      <w:r>
        <w:rPr>
          <w:rFonts w:ascii="Arial" w:hAnsi="Arial" w:eastAsia="Arial"/>
          <w:b/>
          <w:sz w:val="19"/>
        </w:rPr>
        <w:t>Çalışan / Personel: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Adı Soyadı : ........................................................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T.C. Kimlik No : ....................................................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Departman / Birim : .......................................................................................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Görevi / Unvanı : ...........................................................................................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Sicil / Personel No (varsa) : .............................................................................</w:t>
      </w:r>
    </w:p>
    <w:p>
      <w:pPr>
        <w:spacing w:line="240" w:lineRule="auto" w:after="20"/>
        <w:jc w:val="left"/>
      </w:pPr>
      <w:r/>
    </w:p>
    <w:p>
      <w:pPr>
        <w:spacing w:line="240" w:lineRule="auto" w:after="48"/>
        <w:jc w:val="left"/>
      </w:pPr>
      <w:r>
        <w:rPr>
          <w:rFonts w:ascii="Arial" w:hAnsi="Arial" w:eastAsia="Arial"/>
          <w:b/>
          <w:sz w:val="19"/>
        </w:rPr>
        <w:t>İzin Bilgileri: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İzin Türü : ( ) Yıllık Ücretli İzin   ( ) Diğer Ücretli İzin: ........................................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İzin Başlangıç Tarihi : .... / .... / 20....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İzin Bitiş Tarihi : .... / .... / 20....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Toplam İzin Süresi : ........ gün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İşe Dönüş Tarihi : .... / .... / 20....</w:t>
      </w:r>
    </w:p>
    <w:p>
      <w:pPr>
        <w:spacing w:line="240" w:lineRule="auto" w:after="20"/>
        <w:jc w:val="left"/>
      </w:pPr>
      <w:r/>
    </w:p>
    <w:p>
      <w:pPr>
        <w:spacing w:line="240" w:lineRule="auto" w:after="48"/>
        <w:jc w:val="left"/>
      </w:pPr>
      <w:r>
        <w:rPr>
          <w:rFonts w:ascii="Arial" w:hAnsi="Arial" w:eastAsia="Arial"/>
          <w:b/>
          <w:sz w:val="19"/>
        </w:rPr>
        <w:t>Açıklamalar: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1. İşyerinizde ........................................................ görev / unvanıyla çalışmaktayım.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2. .... / .... / 20.... ile .... / .... / 20.... tarihleri arasında toplam ........ gün ücretli izin kullanmak istiyorum.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3. Talebim yıllık ücretli izin kapsamında ise, hak kazanmış olduğum yıllık izin süremden belirtilen günlerin kullandırılmasını; başka bir ücretli izin türüne dayanıyorsa ilgili işyeri uygulaması, iş sözleşmesi veya mevzuat kapsamında değerlendirilmesini talep ediyorum.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4. İzin süresince devam eden işlerin aksamaması amacıyla gerekli iş devri ve bilgilendirmeyi izin başlangıç tarihinden önce tamamlayacağım.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5. İzin talebimin iş planı ve işyerinin çalışma düzeni dikkate alınarak değerlendirilmesini rica ederim.</w:t>
      </w:r>
    </w:p>
    <w:p>
      <w:pPr>
        <w:spacing w:line="240" w:lineRule="auto" w:after="20"/>
        <w:jc w:val="left"/>
      </w:pPr>
      <w:r/>
    </w:p>
    <w:p>
      <w:pPr>
        <w:spacing w:line="240" w:lineRule="auto" w:after="48"/>
        <w:jc w:val="left"/>
      </w:pPr>
      <w:r>
        <w:rPr>
          <w:rFonts w:ascii="Arial" w:hAnsi="Arial" w:eastAsia="Arial"/>
          <w:b/>
          <w:sz w:val="19"/>
        </w:rPr>
        <w:t>Sonuç ve Talep: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Yukarıda belirttiğim tarihler arasında toplam ........ gün ücretli izin kullanma talebimin değerlendirilerek uygun görülmesi hâlinde onaylanmasını arz ederim.</w:t>
      </w:r>
    </w:p>
    <w:p>
      <w:pPr>
        <w:spacing w:line="240" w:lineRule="auto" w:after="20"/>
        <w:jc w:val="left"/>
      </w:pPr>
      <w:r/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Gereğini arz ederim.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..............., .... / .... / 20....</w:t>
      </w:r>
    </w:p>
    <w:p>
      <w:pPr>
        <w:spacing w:line="240" w:lineRule="auto" w:after="20"/>
        <w:jc w:val="left"/>
      </w:pPr>
      <w:r/>
    </w:p>
    <w:p>
      <w:pPr>
        <w:spacing w:line="240" w:lineRule="auto" w:after="48"/>
        <w:jc w:val="left"/>
      </w:pPr>
      <w:r>
        <w:rPr>
          <w:rFonts w:ascii="Arial" w:hAnsi="Arial" w:eastAsia="Arial"/>
          <w:b/>
          <w:sz w:val="19"/>
        </w:rPr>
        <w:t>Çalışan / Personel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Adı Soyadı : ........................................................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T.C. Kimlik No : ....................................................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Sicil / Personel No : ...............................................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Telefon / E-posta : .......................................................................................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İmza :</w:t>
      </w:r>
    </w:p>
    <w:p>
      <w:pPr>
        <w:spacing w:line="240" w:lineRule="auto" w:after="360"/>
        <w:jc w:val="left"/>
      </w:pPr>
      <w:r/>
    </w:p>
    <w:p>
      <w:pPr>
        <w:spacing w:line="240" w:lineRule="auto" w:after="48"/>
        <w:jc w:val="left"/>
      </w:pPr>
      <w:r>
        <w:rPr>
          <w:rFonts w:ascii="Arial" w:hAnsi="Arial" w:eastAsia="Arial"/>
          <w:b/>
          <w:sz w:val="19"/>
        </w:rPr>
        <w:t>Ekler: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1) İzin talebini destekleyen belge (varsa)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2) İşveren / işyeri tarafından istenen diğer belgeler (varsa)</w:t>
      </w:r>
    </w:p>
    <w:sectPr w:rsidR="00FC693F" w:rsidRPr="0006063C" w:rsidSect="00034616">
      <w:pgSz w:w="12240" w:h="15840"/>
      <w:pgMar w:top="1417" w:right="1077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