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 w:after="40"/>
        <w:jc w:val="center"/>
      </w:pPr>
      <w:r>
        <w:rPr>
          <w:rFonts w:ascii="Arial" w:hAnsi="Arial" w:eastAsia="Arial"/>
          <w:b/>
          <w:sz w:val="18"/>
        </w:rPr>
        <w:t>................................................. İL/İLÇE</w:t>
      </w:r>
    </w:p>
    <w:p>
      <w:pPr>
        <w:spacing w:line="240" w:lineRule="auto" w:after="40"/>
        <w:jc w:val="center"/>
      </w:pPr>
      <w:r>
        <w:rPr>
          <w:rFonts w:ascii="Arial" w:hAnsi="Arial" w:eastAsia="Arial"/>
          <w:b/>
          <w:sz w:val="18"/>
        </w:rPr>
        <w:t>................................................. İLÇE MİLLÎ EĞİTİM MÜDÜRLÜĞÜNE</w:t>
      </w:r>
    </w:p>
    <w:p>
      <w:pPr>
        <w:spacing w:line="240" w:lineRule="auto" w:after="20"/>
        <w:jc w:val="left"/>
      </w:pPr>
      <w:r>
        <w:rPr>
          <w:sz w:val="18"/>
        </w:rPr>
      </w:r>
    </w:p>
    <w:p>
      <w:pPr>
        <w:spacing w:line="240" w:lineRule="auto" w:after="40"/>
        <w:jc w:val="center"/>
      </w:pPr>
      <w:r>
        <w:rPr>
          <w:rFonts w:ascii="Arial" w:hAnsi="Arial" w:eastAsia="Arial"/>
          <w:b/>
          <w:sz w:val="18"/>
        </w:rPr>
        <w:t>Konu: Ders ücreti karşılığında (ücretli) öğretmen olarak görevlendirilme talebidir.</w:t>
      </w:r>
    </w:p>
    <w:p>
      <w:pPr>
        <w:spacing w:line="240" w:lineRule="auto" w:after="20"/>
        <w:jc w:val="left"/>
      </w:pPr>
      <w:r>
        <w:rPr>
          <w:sz w:val="18"/>
        </w:rPr>
      </w:r>
    </w:p>
    <w:p>
      <w:pPr>
        <w:spacing w:line="240" w:lineRule="auto" w:after="40"/>
        <w:jc w:val="left"/>
      </w:pPr>
      <w:r>
        <w:rPr>
          <w:rFonts w:ascii="Arial" w:hAnsi="Arial" w:eastAsia="Arial"/>
          <w:b/>
          <w:sz w:val="18"/>
        </w:rPr>
        <w:t>Başvuran: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Adı Soyadı : 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T.C. Kimlik No : 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Doğum Tarihi : .... / .... / 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Adres : ........................................................................................................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Telefon / E-posta : .......................................................................................</w:t>
      </w:r>
    </w:p>
    <w:p>
      <w:pPr>
        <w:spacing w:line="240" w:lineRule="auto" w:after="20"/>
        <w:jc w:val="left"/>
      </w:pPr>
      <w:r>
        <w:rPr>
          <w:sz w:val="18"/>
        </w:rPr>
      </w:r>
    </w:p>
    <w:p>
      <w:pPr>
        <w:spacing w:line="240" w:lineRule="auto" w:after="40"/>
        <w:jc w:val="left"/>
      </w:pPr>
      <w:r>
        <w:rPr>
          <w:rFonts w:ascii="Arial" w:hAnsi="Arial" w:eastAsia="Arial"/>
          <w:b/>
          <w:sz w:val="18"/>
        </w:rPr>
        <w:t>Eğitim / Başvuru Bilgileri: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Mezun Olunan Üniversite : ...............................................................................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Fakülte / Yüksekokul : .....................................................................................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Bölüm / Program : ...........................................................................................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Mezuniyet Yılı : 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Pedagojik Formasyon : ( ) Var   ( ) Yok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KPSS / AGS Puanı (varsa) : 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Görev Almak İstenen Branş / Alan : ....................................................................</w:t>
      </w:r>
    </w:p>
    <w:p>
      <w:pPr>
        <w:spacing w:line="240" w:lineRule="auto" w:after="20"/>
        <w:jc w:val="left"/>
      </w:pPr>
      <w:r>
        <w:rPr>
          <w:sz w:val="18"/>
        </w:rPr>
      </w:r>
    </w:p>
    <w:p>
      <w:pPr>
        <w:spacing w:line="240" w:lineRule="auto" w:after="40"/>
        <w:jc w:val="left"/>
      </w:pPr>
      <w:r>
        <w:rPr>
          <w:rFonts w:ascii="Arial" w:hAnsi="Arial" w:eastAsia="Arial"/>
          <w:b/>
          <w:sz w:val="18"/>
        </w:rPr>
        <w:t>Açıklamalar: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1. Müdürlüğünüze bağlı resmî eğitim kurumlarında ihtiyaç bulunması hâlinde ders ücreti karşılığında öğretmen olarak görev yapmak istiyorum.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2. Yukarıda belirtilen eğitim programından mezun bulunmaktayım. Mezuniyet, formasyon ve sınav bilgilerime ilişkin belgeleri başvuru ekinde sunuyorum.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3. Başvurumun, eğitim durumum ve ilgili mevzuat ile Müdürlüğünüzce belirlenen görevlendirme esasları çerçevesinde değerlendirilmesini talep ediyorum.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4. Görevlendirilmem hâlinde, tarafıma bildirilecek okul / kurumda verilen görevleri eğitim öğretim hizmetlerinin gereklerine uygun şekilde yerine getireceğimi beyan ederim.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5. Başvuru sürecinde Müdürlüğünüzce talep edilecek ek bilgi ve belgeleri süresi içinde sunacağımı kabul ederim.</w:t>
      </w:r>
    </w:p>
    <w:p>
      <w:pPr>
        <w:spacing w:line="240" w:lineRule="auto" w:after="20"/>
        <w:jc w:val="left"/>
      </w:pPr>
      <w:r>
        <w:rPr>
          <w:sz w:val="18"/>
        </w:rPr>
      </w:r>
    </w:p>
    <w:p>
      <w:pPr>
        <w:spacing w:line="240" w:lineRule="auto" w:after="40"/>
        <w:jc w:val="left"/>
      </w:pPr>
      <w:r>
        <w:rPr>
          <w:rFonts w:ascii="Arial" w:hAnsi="Arial" w:eastAsia="Arial"/>
          <w:b/>
          <w:sz w:val="18"/>
        </w:rPr>
        <w:t>Sonuç ve Talep: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Yukarıda açıkladığım hususlar doğrultusunda, Müdürlüğünüze bağlı eğitim kurumlarında ihtiyaç bulunması hâlinde ders ücreti karşılığında öğretmen olarak görevlendirilmek üzere başvurumun değerlendirilmesini arz ederim.</w:t>
      </w:r>
    </w:p>
    <w:p>
      <w:pPr>
        <w:spacing w:line="240" w:lineRule="auto" w:after="20"/>
        <w:jc w:val="left"/>
      </w:pPr>
      <w:r>
        <w:rPr>
          <w:sz w:val="18"/>
        </w:rPr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Gereğini arz ederim.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..............., .... / .... / 20....</w:t>
      </w:r>
    </w:p>
    <w:p>
      <w:pPr>
        <w:spacing w:line="240" w:lineRule="auto" w:after="20"/>
        <w:jc w:val="left"/>
      </w:pPr>
      <w:r>
        <w:rPr>
          <w:sz w:val="18"/>
        </w:rPr>
      </w:r>
    </w:p>
    <w:p>
      <w:pPr>
        <w:spacing w:line="240" w:lineRule="auto" w:after="40"/>
        <w:jc w:val="left"/>
      </w:pPr>
      <w:r>
        <w:rPr>
          <w:rFonts w:ascii="Arial" w:hAnsi="Arial" w:eastAsia="Arial"/>
          <w:b/>
          <w:sz w:val="18"/>
        </w:rPr>
        <w:t>Başvuran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Adı Soyadı : 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T.C. Kimlik No : 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Adres : ........................................................................................................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Telefon : ............................................................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E-posta : ............................................................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İmza :</w:t>
      </w:r>
    </w:p>
    <w:p>
      <w:pPr>
        <w:spacing w:line="240" w:lineRule="auto" w:after="320"/>
        <w:jc w:val="left"/>
      </w:pPr>
      <w:r>
        <w:rPr>
          <w:sz w:val="18"/>
        </w:rPr>
      </w:r>
    </w:p>
    <w:p>
      <w:pPr>
        <w:spacing w:line="240" w:lineRule="auto" w:after="40"/>
        <w:jc w:val="left"/>
      </w:pPr>
      <w:r>
        <w:rPr>
          <w:rFonts w:ascii="Arial" w:hAnsi="Arial" w:eastAsia="Arial"/>
          <w:b/>
          <w:sz w:val="18"/>
        </w:rPr>
        <w:t>Ekler: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1) Diploma / mezuniyet belgesi örneği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2) Pedagojik formasyon belgesi (varsa)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3) KPSS / AGS sonuç belgesi (varsa / başvuru duyurusunda isteniyorsa)</w:t>
      </w:r>
    </w:p>
    <w:p>
      <w:pPr>
        <w:spacing w:line="240" w:lineRule="auto" w:after="40"/>
        <w:jc w:val="left"/>
      </w:pPr>
      <w:r>
        <w:rPr>
          <w:rFonts w:ascii="Arial" w:hAnsi="Arial" w:eastAsia="Arial"/>
          <w:b w:val="0"/>
          <w:sz w:val="18"/>
        </w:rPr>
        <w:t>4) Kimlik, adli sicil, askerlik durumu veya Müdürlüğün istediği diğer belgeler (gerektiğinde)</w:t>
      </w:r>
    </w:p>
    <w:sectPr w:rsidR="00FC693F" w:rsidRPr="0006063C" w:rsidSect="00034616">
      <w:pgSz w:w="12240" w:h="15840"/>
      <w:pgMar w:top="1247" w:right="1020" w:bottom="79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