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İL/İLÇE</w:t>
      </w:r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................................................. ÜNİVERSİTESİ REKTÖRLÜĞÜNE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center"/>
      </w:pPr>
      <w:r>
        <w:rPr>
          <w:rFonts w:ascii="Arial" w:hAnsi="Arial" w:eastAsia="Arial"/>
          <w:b/>
          <w:sz w:val="19"/>
        </w:rPr>
        <w:t>Konu: Burs / maddi destek başvurusudur.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Başvuran / Öğrenci: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Adı Soyadı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T.C. Kimlik No : 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Öğrenci No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Fakülte / Yüksekokul : 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Bölüm / Program : 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Sınıf : 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Telefon / E-posta : .......................................................................................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Açıklamalar: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1. Üniversitenizin yukarıda belirtilen bölümünde öğrenim görmekteyim.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2. Eğitim giderlerimi karşılamakta zorlanmam / ailemin ekonomik durumunun yetersiz olması / öğrenim sürecimde maddi desteğe ihtiyaç duymam nedeniyle üniversiteniz tarafından sağlanan burs veya maddi destek imkânlarından yararlanmak istiyorum.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3. Ailemin ve şahsımın gelir durumuna ilişkin bilgiler ile başvurumu destekleyen belgeleri, gerekli görülmesi hâlinde üniversitenizin ilgili birimine sunmaya hazırım.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4. Burs başvurumun; üniversitenizce belirlenen başarı, ihtiyaç, gelir durumu ve diğer değerlendirme ölçütleri çerçevesinde incelenmesini talep ediyorum.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5. Başvuru kapsamında verdiğim bilgi ve belgelerin doğru olduğunu, istenmesi hâlinde ek bilgi ve belge sunacağımı beyan ederim.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Sonuç ve Talep: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Yukarıda açıkladığım nedenlerle, eğitimime devam edebilmem için üniversiteniz tarafından sağlanan burs / maddi destek imkânlarından yararlanmak üzere başvurumun değerlendirilmesini ve uygun görülmesi hâlinde tarafıma burs desteği sağlanmasını arz ederim.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Gereğini arz ederim.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..............., .... / .... / 20....</w:t>
      </w:r>
    </w:p>
    <w:p>
      <w:pPr>
        <w:spacing w:line="240" w:lineRule="auto" w:after="2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Başvuran / Öğrenci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Adı Soyadı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T.C. Kimlik No : 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Öğrenci No : 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Adres : ........................................................................................................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Telefon / E-posta : .......................................................................................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İmza :</w:t>
      </w:r>
    </w:p>
    <w:p>
      <w:pPr>
        <w:spacing w:line="240" w:lineRule="auto" w:after="360"/>
        <w:jc w:val="left"/>
      </w:pPr>
      <w:r/>
    </w:p>
    <w:p>
      <w:pPr>
        <w:spacing w:line="240" w:lineRule="auto" w:after="48"/>
        <w:jc w:val="left"/>
      </w:pPr>
      <w:r>
        <w:rPr>
          <w:rFonts w:ascii="Arial" w:hAnsi="Arial" w:eastAsia="Arial"/>
          <w:b/>
          <w:sz w:val="19"/>
        </w:rPr>
        <w:t>Ekler: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1) Öğrenci belgesi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2) Gelir durumunu gösteren belgeler (isteniyorsa / varsa)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3) Transkript / başarı belgesi (isteniyorsa / varsa)</w:t>
      </w:r>
    </w:p>
    <w:p>
      <w:pPr>
        <w:spacing w:line="240" w:lineRule="auto" w:after="48"/>
        <w:jc w:val="left"/>
      </w:pPr>
      <w:r>
        <w:rPr>
          <w:rFonts w:ascii="Arial" w:hAnsi="Arial" w:eastAsia="Arial"/>
          <w:b w:val="0"/>
          <w:sz w:val="19"/>
        </w:rPr>
        <w:t>4) Burs başvurusunu destekleyen diğer belgeler (varsa)</w:t>
      </w:r>
    </w:p>
    <w:sectPr w:rsidR="00FC693F" w:rsidRPr="0006063C" w:rsidSect="00034616">
      <w:pgSz w:w="12240" w:h="15840"/>
      <w:pgMar w:top="1417" w:right="1077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