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 w:after="48"/>
        <w:jc w:val="center"/>
      </w:pPr>
      <w:r>
        <w:rPr>
          <w:rFonts w:ascii="Arial" w:hAnsi="Arial" w:eastAsia="Arial"/>
          <w:b/>
          <w:sz w:val="19"/>
        </w:rPr>
        <w:t>................................................. İL/İLÇE</w:t>
      </w:r>
    </w:p>
    <w:p>
      <w:pPr>
        <w:spacing w:line="240" w:lineRule="auto" w:after="48"/>
        <w:jc w:val="center"/>
      </w:pPr>
      <w:r>
        <w:rPr>
          <w:rFonts w:ascii="Arial" w:hAnsi="Arial" w:eastAsia="Arial"/>
          <w:b/>
          <w:sz w:val="19"/>
        </w:rPr>
        <w:t>................................................. ÜNİVERSİTESİ</w:t>
      </w:r>
    </w:p>
    <w:p>
      <w:pPr>
        <w:spacing w:line="240" w:lineRule="auto" w:after="48"/>
        <w:jc w:val="center"/>
      </w:pPr>
      <w:r>
        <w:rPr>
          <w:rFonts w:ascii="Arial" w:hAnsi="Arial" w:eastAsia="Arial"/>
          <w:b/>
          <w:sz w:val="19"/>
        </w:rPr>
        <w:t>................................................. FAKÜLTESİ DEKANLIĞINA</w:t>
      </w:r>
    </w:p>
    <w:p>
      <w:pPr>
        <w:spacing w:line="240" w:lineRule="auto" w:after="20"/>
        <w:jc w:val="left"/>
      </w:pPr>
      <w:r/>
    </w:p>
    <w:p>
      <w:pPr>
        <w:spacing w:line="240" w:lineRule="auto" w:after="48"/>
        <w:jc w:val="center"/>
      </w:pPr>
      <w:r>
        <w:rPr>
          <w:rFonts w:ascii="Arial" w:hAnsi="Arial" w:eastAsia="Arial"/>
          <w:b/>
          <w:sz w:val="19"/>
        </w:rPr>
        <w:t>Konu: Başvuru / talep hakkında.</w:t>
      </w:r>
    </w:p>
    <w:p>
      <w:pPr>
        <w:spacing w:line="240" w:lineRule="auto" w:after="20"/>
        <w:jc w:val="left"/>
      </w:pPr>
      <w:r/>
    </w:p>
    <w:p>
      <w:pPr>
        <w:spacing w:line="240" w:lineRule="auto" w:after="48"/>
        <w:jc w:val="left"/>
      </w:pPr>
      <w:r>
        <w:rPr>
          <w:rFonts w:ascii="Arial" w:hAnsi="Arial" w:eastAsia="Arial"/>
          <w:b/>
          <w:sz w:val="19"/>
        </w:rPr>
        <w:t>Başvuran / Öğrenci: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Adı Soyadı : 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T.C. Kimlik No : 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Öğrenci No : 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Bölüm / Program : ...........................................................................................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Sınıf : 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Telefon / E-posta : .......................................................................................</w:t>
      </w:r>
    </w:p>
    <w:p>
      <w:pPr>
        <w:spacing w:line="240" w:lineRule="auto" w:after="20"/>
        <w:jc w:val="left"/>
      </w:pPr>
      <w:r/>
    </w:p>
    <w:p>
      <w:pPr>
        <w:spacing w:line="240" w:lineRule="auto" w:after="48"/>
        <w:jc w:val="left"/>
      </w:pPr>
      <w:r>
        <w:rPr>
          <w:rFonts w:ascii="Arial" w:hAnsi="Arial" w:eastAsia="Arial"/>
          <w:b/>
          <w:sz w:val="19"/>
        </w:rPr>
        <w:t>Açıklamalar: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1. Fakültenizin ........................................................ Bölümü / Programında ................................ sınıf öğrencisi olarak öğrenim görmekteyim.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2. ........................................................................................................................ konusunda Dekanlığınıza başvuruda bulunma ihtiyacı doğmuştur.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3. Başvuruma ilişkin açıklamalar aşağıdaki gibidir: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..............................................................................................................................................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..............................................................................................................................................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..............................................................................................................................................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4. Talebimi destekleyen bilgi ve belgeler mevcut ise dilekçe ekinde sunulmuştur. Gerekli görülmesi hâlinde ek bilgi veya belge sunabilirim.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5. Başvurumun ilgili mevzuat, üniversite ve fakülte düzenlemeleri çerçevesinde değerlendirilmesini talep ediyorum.</w:t>
      </w:r>
    </w:p>
    <w:p>
      <w:pPr>
        <w:spacing w:line="240" w:lineRule="auto" w:after="20"/>
        <w:jc w:val="left"/>
      </w:pPr>
      <w:r/>
    </w:p>
    <w:p>
      <w:pPr>
        <w:spacing w:line="240" w:lineRule="auto" w:after="48"/>
        <w:jc w:val="left"/>
      </w:pPr>
      <w:r>
        <w:rPr>
          <w:rFonts w:ascii="Arial" w:hAnsi="Arial" w:eastAsia="Arial"/>
          <w:b/>
          <w:sz w:val="19"/>
        </w:rPr>
        <w:t>Sonuç ve Talep: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Yukarıda açıkladığım nedenlerle, ........................................................................................................................ konusundaki talebimin değerlendirilerek gerekli işlemlerin yapılmasını arz ederim.</w:t>
      </w:r>
    </w:p>
    <w:p>
      <w:pPr>
        <w:spacing w:line="240" w:lineRule="auto" w:after="20"/>
        <w:jc w:val="left"/>
      </w:pPr>
      <w:r/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Gereğini arz ederim.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..............., .... / .... / 20....</w:t>
      </w:r>
    </w:p>
    <w:p>
      <w:pPr>
        <w:spacing w:line="240" w:lineRule="auto" w:after="20"/>
        <w:jc w:val="left"/>
      </w:pPr>
      <w:r/>
    </w:p>
    <w:p>
      <w:pPr>
        <w:spacing w:line="240" w:lineRule="auto" w:after="48"/>
        <w:jc w:val="left"/>
      </w:pPr>
      <w:r>
        <w:rPr>
          <w:rFonts w:ascii="Arial" w:hAnsi="Arial" w:eastAsia="Arial"/>
          <w:b/>
          <w:sz w:val="19"/>
        </w:rPr>
        <w:t>Başvuran / Öğrenci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Adı Soyadı : 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T.C. Kimlik No : 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Öğrenci No : 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Adres : ........................................................................................................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Telefon / E-posta : .......................................................................................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İmza :</w:t>
      </w:r>
    </w:p>
    <w:p>
      <w:pPr>
        <w:spacing w:line="240" w:lineRule="auto" w:after="360"/>
        <w:jc w:val="left"/>
      </w:pPr>
      <w:r/>
    </w:p>
    <w:p>
      <w:pPr>
        <w:spacing w:line="240" w:lineRule="auto" w:after="48"/>
        <w:jc w:val="left"/>
      </w:pPr>
      <w:r>
        <w:rPr>
          <w:rFonts w:ascii="Arial" w:hAnsi="Arial" w:eastAsia="Arial"/>
          <w:b/>
          <w:sz w:val="19"/>
        </w:rPr>
        <w:t>Ekler: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1) Başvuru / talebe ilişkin belge veya kayıtlar (varsa)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2) Öğrenci belgesi, transkript veya ilgili akademik belge (gerektiğinde)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3) Talebi destekleyen diğer belgeler (varsa)</w:t>
      </w:r>
    </w:p>
    <w:sectPr w:rsidR="00FC693F" w:rsidRPr="0006063C" w:rsidSect="00034616">
      <w:pgSz w:w="12240" w:h="15840"/>
      <w:pgMar w:top="1417" w:right="1077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