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35" w:lineRule="auto" w:after="30"/>
        <w:jc w:val="center"/>
      </w:pPr>
      <w:r>
        <w:rPr>
          <w:rFonts w:ascii="Arial" w:hAnsi="Arial" w:eastAsia="Arial"/>
          <w:b/>
          <w:sz w:val="18"/>
        </w:rPr>
        <w:t>T.C.</w:t>
      </w:r>
    </w:p>
    <w:p>
      <w:pPr>
        <w:spacing w:line="235" w:lineRule="auto" w:after="30"/>
        <w:jc w:val="center"/>
      </w:pPr>
      <w:r>
        <w:rPr>
          <w:rFonts w:ascii="Arial" w:hAnsi="Arial" w:eastAsia="Arial"/>
          <w:b/>
          <w:sz w:val="18"/>
        </w:rPr>
        <w:t>YÜKSEKÖĞRETİM KURULU BAŞKANLIĞINA</w:t>
      </w:r>
    </w:p>
    <w:p>
      <w:pPr>
        <w:spacing w:line="235" w:lineRule="auto" w:after="30"/>
        <w:jc w:val="center"/>
      </w:pPr>
      <w:r>
        <w:rPr>
          <w:rFonts w:ascii="Arial" w:hAnsi="Arial" w:eastAsia="Arial"/>
          <w:b/>
          <w:sz w:val="18"/>
        </w:rPr>
        <w:t>TANIMA VE DENKLİK HİZMETLERİ DAİRE BAŞKANLIĞINA</w:t>
      </w:r>
    </w:p>
    <w:p>
      <w:pPr>
        <w:spacing w:line="235" w:lineRule="auto" w:after="0"/>
        <w:jc w:val="left"/>
      </w:pPr>
      <w:r/>
    </w:p>
    <w:p>
      <w:pPr>
        <w:spacing w:line="235" w:lineRule="auto" w:after="30"/>
        <w:jc w:val="center"/>
      </w:pPr>
      <w:r>
        <w:rPr>
          <w:rFonts w:ascii="Arial" w:hAnsi="Arial" w:eastAsia="Arial"/>
          <w:b/>
          <w:sz w:val="18"/>
        </w:rPr>
        <w:t>Konu: Yurt dışından alınan yükseköğretim diplomasının denklik işlemi hakkında.</w:t>
      </w:r>
    </w:p>
    <w:p>
      <w:pPr>
        <w:spacing w:line="235" w:lineRule="auto" w:after="0"/>
        <w:jc w:val="left"/>
      </w:pPr>
      <w:r/>
    </w:p>
    <w:p>
      <w:pPr>
        <w:spacing w:line="235" w:lineRule="auto" w:after="30"/>
        <w:jc w:val="left"/>
      </w:pPr>
      <w:r>
        <w:rPr>
          <w:rFonts w:ascii="Arial" w:hAnsi="Arial" w:eastAsia="Arial"/>
          <w:b/>
          <w:sz w:val="18"/>
        </w:rPr>
        <w:t>Başvuran: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Adı Soyadı : ........................................................   T.C. Kimlik No / YU No : ........................................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Doğum Tarihi : .... / .... / ........   Telefon / E-posta : .................................................................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Adres : .................................................................................................................................</w:t>
      </w:r>
    </w:p>
    <w:p>
      <w:pPr>
        <w:spacing w:line="235" w:lineRule="auto" w:after="0"/>
        <w:jc w:val="left"/>
      </w:pPr>
      <w:r/>
    </w:p>
    <w:p>
      <w:pPr>
        <w:spacing w:line="235" w:lineRule="auto" w:after="30"/>
        <w:jc w:val="left"/>
      </w:pPr>
      <w:r>
        <w:rPr>
          <w:rFonts w:ascii="Arial" w:hAnsi="Arial" w:eastAsia="Arial"/>
          <w:b/>
          <w:sz w:val="18"/>
        </w:rPr>
        <w:t>Diploma / Öğrenim Bilgileri: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Ülke : ....................................................   Yükseköğretim Kurumu : ............................................................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Fakülte / Bölüm / Program : ................................................................................................................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Derece : ( ) Ön Lisans   ( ) Lisans   ( ) Yüksek Lisans   Mezuniyet Tarihi : .... / .... / ........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Diploma No (varsa) : .........................................................................................................................</w:t>
      </w:r>
    </w:p>
    <w:p>
      <w:pPr>
        <w:spacing w:line="235" w:lineRule="auto" w:after="0"/>
        <w:jc w:val="left"/>
      </w:pPr>
      <w:r/>
    </w:p>
    <w:p>
      <w:pPr>
        <w:spacing w:line="235" w:lineRule="auto" w:after="30"/>
        <w:jc w:val="left"/>
      </w:pPr>
      <w:r>
        <w:rPr>
          <w:rFonts w:ascii="Arial" w:hAnsi="Arial" w:eastAsia="Arial"/>
          <w:b/>
          <w:sz w:val="18"/>
        </w:rPr>
        <w:t>Açıklamalar: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1. Yukarıda bilgileri yer alan yurt dışındaki yükseköğretim kurumunda öğrenimimi tamamlayarak belirtilen diploma / mezuniyet belgesini almaya hak kazandım.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2. Söz konusu diplomamın Türkiye'deki karşılığının belirlenmesi ve ilgili yükseköğretim alanı / programı bakımından denklik işlemlerinin yürütülmesi amacıyla başvuruda bulunmaktayım.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3. Yükseköğretim Kurulunun denklik başvuru sistemi üzerinden gerekli ön başvuru işlemlerini gerçekleştirdim / gerçekleştireceğim; diploma, transkript, tercüme ve başvuru kapsamında istenen diğer belgeleri sunacağım.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4. Öğrenim gördüğüm kurum ve programa ilişkin gerekli inceleme ve doğrulama işlemlerinin yapılarak başvurumun ilgili mevzuat ve Yükseköğretim Kurulunca belirlenen usul ve esaslar çerçevesinde değerlendirilmesini talep ediyorum.</w:t>
      </w:r>
    </w:p>
    <w:p>
      <w:pPr>
        <w:spacing w:line="235" w:lineRule="auto" w:after="0"/>
        <w:jc w:val="left"/>
      </w:pPr>
      <w:r/>
    </w:p>
    <w:p>
      <w:pPr>
        <w:spacing w:line="235" w:lineRule="auto" w:after="30"/>
        <w:jc w:val="left"/>
      </w:pPr>
      <w:r>
        <w:rPr>
          <w:rFonts w:ascii="Arial" w:hAnsi="Arial" w:eastAsia="Arial"/>
          <w:b/>
          <w:sz w:val="18"/>
        </w:rPr>
        <w:t>Sonuç ve Talep: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Yukarıda açıkladığım nedenlerle, yurt dışında tamamladığım yükseköğretim programına ait diploma / mezuniyet belgemin Türkiye'deki yükseköğretim sistemi içerisindeki karşılığının değerlendirilerek denklik işlemlerinin yürütülmesini ve başvurum hakkında gerekli işlemlerin yapılmasını arz ederim.</w:t>
      </w:r>
    </w:p>
    <w:p>
      <w:pPr>
        <w:spacing w:line="235" w:lineRule="auto" w:after="0"/>
        <w:jc w:val="left"/>
      </w:pPr>
      <w:r/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Gereğini arz ederim.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..............., .... / .... / 20....</w:t>
      </w:r>
    </w:p>
    <w:p>
      <w:pPr>
        <w:spacing w:line="235" w:lineRule="auto" w:after="0"/>
        <w:jc w:val="left"/>
      </w:pPr>
      <w:r/>
    </w:p>
    <w:p>
      <w:pPr>
        <w:spacing w:line="235" w:lineRule="auto" w:after="30"/>
        <w:jc w:val="left"/>
      </w:pPr>
      <w:r>
        <w:rPr>
          <w:rFonts w:ascii="Arial" w:hAnsi="Arial" w:eastAsia="Arial"/>
          <w:b/>
          <w:sz w:val="18"/>
        </w:rPr>
        <w:t>Başvuran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Adı Soyadı : ........................................................   T.C. Kimlik No / YU No : ........................................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Adres : .................................................................................................................................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Telefon / E-posta : .......................................................................................   İmza :</w:t>
      </w:r>
    </w:p>
    <w:p>
      <w:pPr>
        <w:spacing w:line="235" w:lineRule="auto" w:after="240"/>
        <w:jc w:val="left"/>
      </w:pPr>
      <w:r/>
    </w:p>
    <w:p>
      <w:pPr>
        <w:spacing w:line="235" w:lineRule="auto" w:after="30"/>
        <w:jc w:val="left"/>
      </w:pPr>
      <w:r>
        <w:rPr>
          <w:rFonts w:ascii="Arial" w:hAnsi="Arial" w:eastAsia="Arial"/>
          <w:b/>
          <w:sz w:val="18"/>
        </w:rPr>
        <w:t>Ekler: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1) Diploma / mezuniyet belgesi ve Türkçe tercümesi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2) Transkript / diploma eki ve Türkçe tercümesi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3) Kimlik belgesi ve denklik başvuru formu / ön başvuru kaydı</w:t>
      </w:r>
    </w:p>
    <w:p>
      <w:pPr>
        <w:spacing w:line="235" w:lineRule="auto" w:after="30"/>
        <w:jc w:val="left"/>
      </w:pPr>
      <w:r>
        <w:rPr>
          <w:rFonts w:ascii="Arial" w:hAnsi="Arial" w:eastAsia="Arial"/>
          <w:b w:val="0"/>
          <w:sz w:val="18"/>
        </w:rPr>
        <w:t>4) Başvurunun niteliğine göre YÖK tarafından istenen diğer belgeler</w:t>
      </w:r>
    </w:p>
    <w:sectPr w:rsidR="00FC693F" w:rsidRPr="0006063C" w:rsidSect="00034616">
      <w:pgSz w:w="12240" w:h="15840"/>
      <w:pgMar w:top="1247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