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35" w:lineRule="auto" w:after="34"/>
        <w:jc w:val="center"/>
      </w:pPr>
      <w:r>
        <w:rPr>
          <w:rFonts w:ascii="Arial" w:hAnsi="Arial" w:eastAsia="Arial"/>
          <w:b/>
          <w:sz w:val="18"/>
        </w:rPr>
        <w:t>................................................. İL/İLÇE</w:t>
      </w:r>
    </w:p>
    <w:p>
      <w:pPr>
        <w:spacing w:line="235" w:lineRule="auto" w:after="34"/>
        <w:jc w:val="center"/>
      </w:pPr>
      <w:r>
        <w:rPr>
          <w:rFonts w:ascii="Arial" w:hAnsi="Arial" w:eastAsia="Arial"/>
          <w:b/>
          <w:sz w:val="18"/>
        </w:rPr>
        <w:t>................................................. ÜNİVERSİTESİ REKTÖRLÜĞÜNE</w:t>
      </w:r>
    </w:p>
    <w:p>
      <w:pPr>
        <w:spacing w:line="235" w:lineRule="auto" w:after="34"/>
        <w:jc w:val="center"/>
      </w:pPr>
      <w:r>
        <w:rPr>
          <w:rFonts w:ascii="Arial" w:hAnsi="Arial" w:eastAsia="Arial"/>
          <w:b/>
          <w:sz w:val="18"/>
        </w:rPr>
        <w:t>................................................. ÖĞRENCİ İŞLERİ DAİRE BAŞKANLIĞINA</w:t>
      </w:r>
    </w:p>
    <w:p>
      <w:pPr>
        <w:spacing w:line="235" w:lineRule="auto" w:after="0"/>
        <w:jc w:val="left"/>
      </w:pPr>
      <w:r/>
    </w:p>
    <w:p>
      <w:pPr>
        <w:spacing w:line="235" w:lineRule="auto" w:after="34"/>
        <w:jc w:val="center"/>
      </w:pPr>
      <w:r>
        <w:rPr>
          <w:rFonts w:ascii="Arial" w:hAnsi="Arial" w:eastAsia="Arial"/>
          <w:b/>
          <w:sz w:val="18"/>
        </w:rPr>
        <w:t>Konu: Kaybolan diploma yerine ikinci nüsha diploma düzenlenmesi talebidir.</w:t>
      </w:r>
    </w:p>
    <w:p>
      <w:pPr>
        <w:spacing w:line="235" w:lineRule="auto" w:after="0"/>
        <w:jc w:val="left"/>
      </w:pPr>
      <w:r/>
    </w:p>
    <w:p>
      <w:pPr>
        <w:spacing w:line="235" w:lineRule="auto" w:after="34"/>
        <w:jc w:val="left"/>
      </w:pPr>
      <w:r>
        <w:rPr>
          <w:rFonts w:ascii="Arial" w:hAnsi="Arial" w:eastAsia="Arial"/>
          <w:b/>
          <w:sz w:val="18"/>
        </w:rPr>
        <w:t>Başvuran / Mezun: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Adı Soyadı : 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T.C. Kimlik No : 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Öğrenci / Mezun No (varsa) : 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Fakülte / Yüksekokul : .....................................................................................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Bölüm / Program : ...........................................................................................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Mezuniyet Tarihi / Yılı : ....................................................................................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Telefon / E-posta : .......................................................................................</w:t>
      </w:r>
    </w:p>
    <w:p>
      <w:pPr>
        <w:spacing w:line="235" w:lineRule="auto" w:after="0"/>
        <w:jc w:val="left"/>
      </w:pPr>
      <w:r/>
    </w:p>
    <w:p>
      <w:pPr>
        <w:spacing w:line="235" w:lineRule="auto" w:after="34"/>
        <w:jc w:val="left"/>
      </w:pPr>
      <w:r>
        <w:rPr>
          <w:rFonts w:ascii="Arial" w:hAnsi="Arial" w:eastAsia="Arial"/>
          <w:b/>
          <w:sz w:val="18"/>
        </w:rPr>
        <w:t>Açıklamalar: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1. Üniversitenizin yukarıda belirtilen bölüm / programından mezun oldum.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2. Mezuniyetim sonrasında tarafıma düzenlenen diploma, ........................................................................................................................ nedeniyle kaybolmuş / zayi olmuştur.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3. Yapmış olduğum aramalara rağmen diplomamı bulamadım. Resmî ve mesleki işlemlerimde kullanabilmek amacıyla diploma yerine geçecek ikinci nüsha belgenin düzenlenmesine ihtiyaç duymaktayım.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4. Üniversitenizce kayıp diploma işlemleri için istenen ilan, kimlik, fotoğraf, ödeme belgesi veya diğer evrakları başvuru kapsamında sunacağım / dilekçe ekinde sunuyorum.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5. Kayıp diploma işlemimin üniversitenizin ilgili mevzuat ve düzenlemeleri çerçevesinde değerlendirilmesini talep ediyorum.</w:t>
      </w:r>
    </w:p>
    <w:p>
      <w:pPr>
        <w:spacing w:line="235" w:lineRule="auto" w:after="0"/>
        <w:jc w:val="left"/>
      </w:pPr>
      <w:r/>
    </w:p>
    <w:p>
      <w:pPr>
        <w:spacing w:line="235" w:lineRule="auto" w:after="34"/>
        <w:jc w:val="left"/>
      </w:pPr>
      <w:r>
        <w:rPr>
          <w:rFonts w:ascii="Arial" w:hAnsi="Arial" w:eastAsia="Arial"/>
          <w:b/>
          <w:sz w:val="18"/>
        </w:rPr>
        <w:t>Sonuç ve Talep: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Yukarıda açıkladığım nedenlerle, kaybolan / zayi olan diplomamın yerine üniversitenizin usul ve esasları doğrultusunda ikinci nüsha diploma veya uygun görülecek resmî mezuniyet belgesinin düzenlenerek tarafıma verilmesini arz ederim.</w:t>
      </w:r>
    </w:p>
    <w:p>
      <w:pPr>
        <w:spacing w:line="235" w:lineRule="auto" w:after="0"/>
        <w:jc w:val="left"/>
      </w:pPr>
      <w:r/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Gereğini arz ederim.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..............., .... / .... / 20....</w:t>
      </w:r>
    </w:p>
    <w:p>
      <w:pPr>
        <w:spacing w:line="235" w:lineRule="auto" w:after="0"/>
        <w:jc w:val="left"/>
      </w:pPr>
      <w:r/>
    </w:p>
    <w:p>
      <w:pPr>
        <w:spacing w:line="235" w:lineRule="auto" w:after="34"/>
        <w:jc w:val="left"/>
      </w:pPr>
      <w:r>
        <w:rPr>
          <w:rFonts w:ascii="Arial" w:hAnsi="Arial" w:eastAsia="Arial"/>
          <w:b/>
          <w:sz w:val="18"/>
        </w:rPr>
        <w:t>Başvuran / Mezun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Adı Soyadı : 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T.C. Kimlik No : 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Adres : ........................................................................................................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Telefon / E-posta : .......................................................................................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İmza :</w:t>
      </w:r>
    </w:p>
    <w:p>
      <w:pPr>
        <w:spacing w:line="235" w:lineRule="auto" w:after="280"/>
        <w:jc w:val="left"/>
      </w:pPr>
      <w:r/>
    </w:p>
    <w:p>
      <w:pPr>
        <w:spacing w:line="235" w:lineRule="auto" w:after="34"/>
        <w:jc w:val="left"/>
      </w:pPr>
      <w:r>
        <w:rPr>
          <w:rFonts w:ascii="Arial" w:hAnsi="Arial" w:eastAsia="Arial"/>
          <w:b/>
          <w:sz w:val="18"/>
        </w:rPr>
        <w:t>Ekler: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1) T.C. kimlik kartı / kimlik belgesi örneği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2) Kayıp ilanı veya kayıp durumunu gösteren belge (üniversite tarafından isteniyorsa)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3) Fotoğraf ve ödeme / işlem belgesi (isteniyorsa)</w:t>
      </w:r>
    </w:p>
    <w:p>
      <w:pPr>
        <w:spacing w:line="235" w:lineRule="auto" w:after="34"/>
        <w:jc w:val="left"/>
      </w:pPr>
      <w:r>
        <w:rPr>
          <w:rFonts w:ascii="Arial" w:hAnsi="Arial" w:eastAsia="Arial"/>
          <w:b w:val="0"/>
          <w:sz w:val="18"/>
        </w:rPr>
        <w:t>4) Üniversite tarafından talep edilen diğer belgeler (varsa)</w:t>
      </w:r>
    </w:p>
    <w:sectPr w:rsidR="00FC693F" w:rsidRPr="0006063C" w:rsidSect="00034616">
      <w:pgSz w:w="12240" w:h="15840"/>
      <w:pgMar w:top="1304" w:right="1020" w:bottom="90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